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2CEAC" w14:textId="7764A608" w:rsidR="00585C31" w:rsidRDefault="00585C31" w:rsidP="00585C31">
      <w:pPr>
        <w:spacing w:before="1600"/>
        <w:rPr>
          <w:rFonts w:ascii="Times New Roman" w:hAnsi="Times New Roman" w:cs="Times New Roman"/>
          <w:b/>
          <w:color w:val="1F4E79"/>
          <w:sz w:val="24"/>
          <w:szCs w:val="24"/>
        </w:rPr>
      </w:pPr>
      <w:r>
        <w:rPr>
          <w:rFonts w:ascii="Times New Roman" w:hAnsi="Times New Roman" w:cs="Times New Roman"/>
          <w:b/>
          <w:color w:val="1F4E79"/>
          <w:sz w:val="24"/>
          <w:szCs w:val="24"/>
        </w:rPr>
        <w:t xml:space="preserve">KLASA: </w:t>
      </w:r>
      <w:r w:rsidR="00832F7A">
        <w:rPr>
          <w:rFonts w:ascii="Times New Roman" w:hAnsi="Times New Roman" w:cs="Times New Roman"/>
          <w:b/>
          <w:color w:val="1F4E79"/>
          <w:sz w:val="24"/>
          <w:szCs w:val="24"/>
        </w:rPr>
        <w:t>039-01/26-01/05</w:t>
      </w:r>
      <w:r>
        <w:rPr>
          <w:rFonts w:ascii="Times New Roman" w:hAnsi="Times New Roman" w:cs="Times New Roman"/>
          <w:b/>
          <w:color w:val="1F4E79"/>
          <w:sz w:val="24"/>
          <w:szCs w:val="24"/>
        </w:rPr>
        <w:t xml:space="preserve">                                                           URBROJ:</w:t>
      </w:r>
      <w:r w:rsidR="00832F7A">
        <w:rPr>
          <w:rFonts w:ascii="Times New Roman" w:hAnsi="Times New Roman" w:cs="Times New Roman"/>
          <w:b/>
          <w:color w:val="1F4E79"/>
          <w:sz w:val="24"/>
          <w:szCs w:val="24"/>
        </w:rPr>
        <w:t>238-10-169/26-03/01</w:t>
      </w:r>
    </w:p>
    <w:p w14:paraId="71D70B4D" w14:textId="77777777" w:rsidR="00AB2BE3" w:rsidRPr="00CF3CD2" w:rsidRDefault="00681641">
      <w:pPr>
        <w:spacing w:before="700"/>
        <w:jc w:val="center"/>
        <w:rPr>
          <w:rFonts w:ascii="Times New Roman" w:hAnsi="Times New Roman" w:cs="Times New Roman"/>
          <w:sz w:val="24"/>
          <w:szCs w:val="24"/>
        </w:rPr>
      </w:pPr>
      <w:r w:rsidRPr="00CF3CD2">
        <w:rPr>
          <w:rFonts w:ascii="Times New Roman" w:hAnsi="Times New Roman" w:cs="Times New Roman"/>
          <w:b/>
          <w:color w:val="1F4E79"/>
          <w:sz w:val="24"/>
          <w:szCs w:val="24"/>
        </w:rPr>
        <w:t>IZVJEŠĆE O REZULTATIMA ANKETE POSLODAVACA</w:t>
      </w:r>
    </w:p>
    <w:p w14:paraId="61D98DD2" w14:textId="77777777" w:rsidR="00AB2BE3" w:rsidRPr="00CF3CD2" w:rsidRDefault="00681641">
      <w:pPr>
        <w:jc w:val="center"/>
        <w:rPr>
          <w:rFonts w:ascii="Times New Roman" w:hAnsi="Times New Roman" w:cs="Times New Roman"/>
          <w:sz w:val="24"/>
          <w:szCs w:val="24"/>
        </w:rPr>
      </w:pPr>
      <w:r w:rsidRPr="00CF3CD2">
        <w:rPr>
          <w:rFonts w:ascii="Times New Roman" w:hAnsi="Times New Roman" w:cs="Times New Roman"/>
          <w:color w:val="2F75B5"/>
          <w:sz w:val="24"/>
          <w:szCs w:val="24"/>
        </w:rPr>
        <w:t xml:space="preserve">o </w:t>
      </w:r>
      <w:proofErr w:type="spellStart"/>
      <w:r w:rsidRPr="00CF3CD2">
        <w:rPr>
          <w:rFonts w:ascii="Times New Roman" w:hAnsi="Times New Roman" w:cs="Times New Roman"/>
          <w:color w:val="2F75B5"/>
          <w:sz w:val="24"/>
          <w:szCs w:val="24"/>
        </w:rPr>
        <w:t>zadovoljstvu</w:t>
      </w:r>
      <w:proofErr w:type="spellEnd"/>
      <w:r w:rsidRPr="00CF3CD2">
        <w:rPr>
          <w:rFonts w:ascii="Times New Roman" w:hAnsi="Times New Roman" w:cs="Times New Roman"/>
          <w:color w:val="2F75B5"/>
          <w:sz w:val="24"/>
          <w:szCs w:val="24"/>
        </w:rPr>
        <w:t xml:space="preserve"> </w:t>
      </w:r>
      <w:proofErr w:type="spellStart"/>
      <w:r w:rsidRPr="00CF3CD2">
        <w:rPr>
          <w:rFonts w:ascii="Times New Roman" w:hAnsi="Times New Roman" w:cs="Times New Roman"/>
          <w:color w:val="2F75B5"/>
          <w:sz w:val="24"/>
          <w:szCs w:val="24"/>
        </w:rPr>
        <w:t>studentima</w:t>
      </w:r>
      <w:proofErr w:type="spellEnd"/>
      <w:r w:rsidRPr="00CF3CD2">
        <w:rPr>
          <w:rFonts w:ascii="Times New Roman" w:hAnsi="Times New Roman" w:cs="Times New Roman"/>
          <w:color w:val="2F75B5"/>
          <w:sz w:val="24"/>
          <w:szCs w:val="24"/>
        </w:rPr>
        <w:t xml:space="preserve"> </w:t>
      </w:r>
      <w:proofErr w:type="spellStart"/>
      <w:r w:rsidRPr="00CF3CD2">
        <w:rPr>
          <w:rFonts w:ascii="Times New Roman" w:hAnsi="Times New Roman" w:cs="Times New Roman"/>
          <w:color w:val="2F75B5"/>
          <w:sz w:val="24"/>
          <w:szCs w:val="24"/>
        </w:rPr>
        <w:t>na</w:t>
      </w:r>
      <w:proofErr w:type="spellEnd"/>
      <w:r w:rsidRPr="00CF3CD2">
        <w:rPr>
          <w:rFonts w:ascii="Times New Roman" w:hAnsi="Times New Roman" w:cs="Times New Roman"/>
          <w:color w:val="2F75B5"/>
          <w:sz w:val="24"/>
          <w:szCs w:val="24"/>
        </w:rPr>
        <w:t xml:space="preserve"> </w:t>
      </w:r>
      <w:proofErr w:type="spellStart"/>
      <w:r w:rsidRPr="00CF3CD2">
        <w:rPr>
          <w:rFonts w:ascii="Times New Roman" w:hAnsi="Times New Roman" w:cs="Times New Roman"/>
          <w:color w:val="2F75B5"/>
          <w:sz w:val="24"/>
          <w:szCs w:val="24"/>
        </w:rPr>
        <w:t>stručnoj</w:t>
      </w:r>
      <w:proofErr w:type="spellEnd"/>
      <w:r w:rsidRPr="00CF3CD2">
        <w:rPr>
          <w:rFonts w:ascii="Times New Roman" w:hAnsi="Times New Roman" w:cs="Times New Roman"/>
          <w:color w:val="2F75B5"/>
          <w:sz w:val="24"/>
          <w:szCs w:val="24"/>
        </w:rPr>
        <w:t xml:space="preserve"> </w:t>
      </w:r>
      <w:proofErr w:type="spellStart"/>
      <w:r w:rsidRPr="00CF3CD2">
        <w:rPr>
          <w:rFonts w:ascii="Times New Roman" w:hAnsi="Times New Roman" w:cs="Times New Roman"/>
          <w:color w:val="2F75B5"/>
          <w:sz w:val="24"/>
          <w:szCs w:val="24"/>
        </w:rPr>
        <w:t>praksi</w:t>
      </w:r>
      <w:proofErr w:type="spellEnd"/>
    </w:p>
    <w:p w14:paraId="72228D13" w14:textId="77777777" w:rsidR="00AB2BE3" w:rsidRPr="00CF3CD2" w:rsidRDefault="00681641">
      <w:pPr>
        <w:spacing w:before="480"/>
        <w:jc w:val="center"/>
        <w:rPr>
          <w:rFonts w:ascii="Times New Roman" w:hAnsi="Times New Roman" w:cs="Times New Roman"/>
          <w:sz w:val="24"/>
          <w:szCs w:val="24"/>
        </w:rPr>
      </w:pPr>
      <w:proofErr w:type="spellStart"/>
      <w:r w:rsidRPr="00CF3CD2">
        <w:rPr>
          <w:rFonts w:ascii="Times New Roman" w:hAnsi="Times New Roman" w:cs="Times New Roman"/>
          <w:b/>
          <w:sz w:val="24"/>
          <w:szCs w:val="24"/>
        </w:rPr>
        <w:t>Akademska</w:t>
      </w:r>
      <w:proofErr w:type="spellEnd"/>
      <w:r w:rsidRPr="00CF3CD2">
        <w:rPr>
          <w:rFonts w:ascii="Times New Roman" w:hAnsi="Times New Roman" w:cs="Times New Roman"/>
          <w:b/>
          <w:sz w:val="24"/>
          <w:szCs w:val="24"/>
        </w:rPr>
        <w:t xml:space="preserve"> godina </w:t>
      </w:r>
      <w:proofErr w:type="gramStart"/>
      <w:r w:rsidRPr="00CF3CD2">
        <w:rPr>
          <w:rFonts w:ascii="Times New Roman" w:hAnsi="Times New Roman" w:cs="Times New Roman"/>
          <w:b/>
          <w:sz w:val="24"/>
          <w:szCs w:val="24"/>
        </w:rPr>
        <w:t>2025./</w:t>
      </w:r>
      <w:proofErr w:type="gramEnd"/>
      <w:r w:rsidRPr="00CF3CD2">
        <w:rPr>
          <w:rFonts w:ascii="Times New Roman" w:hAnsi="Times New Roman" w:cs="Times New Roman"/>
          <w:b/>
          <w:sz w:val="24"/>
          <w:szCs w:val="24"/>
        </w:rPr>
        <w:t>2026.</w:t>
      </w:r>
    </w:p>
    <w:p w14:paraId="328AFF4C" w14:textId="77777777" w:rsidR="00AB2BE3" w:rsidRPr="00CF3CD2" w:rsidRDefault="00681641">
      <w:pPr>
        <w:spacing w:before="3400"/>
        <w:jc w:val="center"/>
        <w:rPr>
          <w:rFonts w:ascii="Times New Roman" w:hAnsi="Times New Roman" w:cs="Times New Roman"/>
          <w:sz w:val="24"/>
          <w:szCs w:val="24"/>
        </w:rPr>
      </w:pPr>
      <w:r w:rsidRPr="00CF3CD2">
        <w:rPr>
          <w:rFonts w:ascii="Times New Roman" w:hAnsi="Times New Roman" w:cs="Times New Roman"/>
          <w:i/>
          <w:sz w:val="24"/>
          <w:szCs w:val="24"/>
        </w:rPr>
        <w:t xml:space="preserve">Ivanić-Grad, </w:t>
      </w:r>
      <w:proofErr w:type="spellStart"/>
      <w:r w:rsidRPr="00CF3CD2">
        <w:rPr>
          <w:rFonts w:ascii="Times New Roman" w:hAnsi="Times New Roman" w:cs="Times New Roman"/>
          <w:i/>
          <w:sz w:val="24"/>
          <w:szCs w:val="24"/>
        </w:rPr>
        <w:t>srpanj</w:t>
      </w:r>
      <w:proofErr w:type="spellEnd"/>
      <w:r w:rsidRPr="00CF3CD2">
        <w:rPr>
          <w:rFonts w:ascii="Times New Roman" w:hAnsi="Times New Roman" w:cs="Times New Roman"/>
          <w:i/>
          <w:sz w:val="24"/>
          <w:szCs w:val="24"/>
        </w:rPr>
        <w:t xml:space="preserve"> 2026.</w:t>
      </w:r>
    </w:p>
    <w:p w14:paraId="1970E7F2" w14:textId="77777777" w:rsidR="00AB2BE3" w:rsidRPr="00CF3CD2" w:rsidRDefault="00681641">
      <w:pPr>
        <w:rPr>
          <w:rFonts w:ascii="Times New Roman" w:hAnsi="Times New Roman" w:cs="Times New Roman"/>
          <w:sz w:val="24"/>
          <w:szCs w:val="24"/>
        </w:rPr>
      </w:pPr>
      <w:r w:rsidRPr="00CF3CD2">
        <w:rPr>
          <w:rFonts w:ascii="Times New Roman" w:hAnsi="Times New Roman" w:cs="Times New Roman"/>
          <w:sz w:val="24"/>
          <w:szCs w:val="24"/>
        </w:rPr>
        <w:br w:type="page"/>
      </w:r>
    </w:p>
    <w:p w14:paraId="1B7EE085" w14:textId="77777777" w:rsidR="00AB2BE3" w:rsidRPr="00CF3CD2" w:rsidRDefault="00681641">
      <w:pPr>
        <w:pStyle w:val="Heading1"/>
        <w:rPr>
          <w:rFonts w:ascii="Times New Roman" w:hAnsi="Times New Roman" w:cs="Times New Roman"/>
          <w:sz w:val="24"/>
          <w:szCs w:val="24"/>
        </w:rPr>
      </w:pPr>
      <w:r w:rsidRPr="00CF3CD2">
        <w:rPr>
          <w:rFonts w:ascii="Times New Roman" w:hAnsi="Times New Roman" w:cs="Times New Roman"/>
          <w:sz w:val="24"/>
          <w:szCs w:val="24"/>
        </w:rPr>
        <w:lastRenderedPageBreak/>
        <w:t xml:space="preserve">1. </w:t>
      </w:r>
      <w:proofErr w:type="spellStart"/>
      <w:r w:rsidRPr="00CF3CD2">
        <w:rPr>
          <w:rFonts w:ascii="Times New Roman" w:hAnsi="Times New Roman" w:cs="Times New Roman"/>
          <w:sz w:val="24"/>
          <w:szCs w:val="24"/>
        </w:rPr>
        <w:t>Uvod</w:t>
      </w:r>
      <w:proofErr w:type="spellEnd"/>
    </w:p>
    <w:p w14:paraId="6D780B3B" w14:textId="77777777" w:rsidR="00AB2BE3" w:rsidRPr="00CF3CD2" w:rsidRDefault="00681641" w:rsidP="00CF3CD2">
      <w:pPr>
        <w:jc w:val="both"/>
        <w:rPr>
          <w:rFonts w:ascii="Times New Roman" w:hAnsi="Times New Roman" w:cs="Times New Roman"/>
          <w:sz w:val="24"/>
          <w:szCs w:val="24"/>
        </w:rPr>
      </w:pPr>
      <w:r w:rsidRPr="00CF3CD2">
        <w:rPr>
          <w:rFonts w:ascii="Times New Roman" w:hAnsi="Times New Roman" w:cs="Times New Roman"/>
          <w:sz w:val="24"/>
          <w:szCs w:val="24"/>
        </w:rPr>
        <w:t xml:space="preserve">Veleučilište Ivanić-Grad </w:t>
      </w:r>
      <w:proofErr w:type="spellStart"/>
      <w:r w:rsidRPr="00CF3CD2">
        <w:rPr>
          <w:rFonts w:ascii="Times New Roman" w:hAnsi="Times New Roman" w:cs="Times New Roman"/>
          <w:sz w:val="24"/>
          <w:szCs w:val="24"/>
        </w:rPr>
        <w:t>provelo</w:t>
      </w:r>
      <w:proofErr w:type="spellEnd"/>
      <w:r w:rsidRPr="00CF3CD2">
        <w:rPr>
          <w:rFonts w:ascii="Times New Roman" w:hAnsi="Times New Roman" w:cs="Times New Roman"/>
          <w:sz w:val="24"/>
          <w:szCs w:val="24"/>
        </w:rPr>
        <w:t xml:space="preserve"> je </w:t>
      </w:r>
      <w:proofErr w:type="spellStart"/>
      <w:r w:rsidRPr="00CF3CD2">
        <w:rPr>
          <w:rFonts w:ascii="Times New Roman" w:hAnsi="Times New Roman" w:cs="Times New Roman"/>
          <w:sz w:val="24"/>
          <w:szCs w:val="24"/>
        </w:rPr>
        <w:t>anketu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među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poslodavcima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odnosno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ustanovama</w:t>
      </w:r>
      <w:proofErr w:type="spellEnd"/>
      <w:r w:rsidRPr="00CF3CD2">
        <w:rPr>
          <w:rFonts w:ascii="Times New Roman" w:hAnsi="Times New Roman" w:cs="Times New Roman"/>
          <w:sz w:val="24"/>
          <w:szCs w:val="24"/>
        </w:rPr>
        <w:t xml:space="preserve"> u </w:t>
      </w:r>
      <w:proofErr w:type="spellStart"/>
      <w:r w:rsidRPr="00CF3CD2">
        <w:rPr>
          <w:rFonts w:ascii="Times New Roman" w:hAnsi="Times New Roman" w:cs="Times New Roman"/>
          <w:sz w:val="24"/>
          <w:szCs w:val="24"/>
        </w:rPr>
        <w:t>kojima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obavljaju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stručnu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praksu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kako</w:t>
      </w:r>
      <w:proofErr w:type="spellEnd"/>
      <w:r w:rsidRPr="00CF3CD2">
        <w:rPr>
          <w:rFonts w:ascii="Times New Roman" w:hAnsi="Times New Roman" w:cs="Times New Roman"/>
          <w:sz w:val="24"/>
          <w:szCs w:val="24"/>
        </w:rPr>
        <w:t xml:space="preserve"> bi se </w:t>
      </w:r>
      <w:proofErr w:type="spellStart"/>
      <w:r w:rsidRPr="00CF3CD2">
        <w:rPr>
          <w:rFonts w:ascii="Times New Roman" w:hAnsi="Times New Roman" w:cs="Times New Roman"/>
          <w:sz w:val="24"/>
          <w:szCs w:val="24"/>
        </w:rPr>
        <w:t>procijenili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kvaliteta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pripreme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studenata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njihove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kompetencije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suradnja</w:t>
      </w:r>
      <w:proofErr w:type="spellEnd"/>
      <w:r w:rsidRPr="00CF3CD2">
        <w:rPr>
          <w:rFonts w:ascii="Times New Roman" w:hAnsi="Times New Roman" w:cs="Times New Roman"/>
          <w:sz w:val="24"/>
          <w:szCs w:val="24"/>
        </w:rPr>
        <w:t xml:space="preserve"> s </w:t>
      </w:r>
      <w:proofErr w:type="spellStart"/>
      <w:r w:rsidRPr="00CF3CD2">
        <w:rPr>
          <w:rFonts w:ascii="Times New Roman" w:hAnsi="Times New Roman" w:cs="Times New Roman"/>
          <w:sz w:val="24"/>
          <w:szCs w:val="24"/>
        </w:rPr>
        <w:t>Veleučilištem</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te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mogućnosti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daljnjeg</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unaprjeđenja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stručne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prakse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Rezultati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služe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kao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podloga</w:t>
      </w:r>
      <w:proofErr w:type="spellEnd"/>
      <w:r w:rsidRPr="00CF3CD2">
        <w:rPr>
          <w:rFonts w:ascii="Times New Roman" w:hAnsi="Times New Roman" w:cs="Times New Roman"/>
          <w:sz w:val="24"/>
          <w:szCs w:val="24"/>
        </w:rPr>
        <w:t xml:space="preserve"> za </w:t>
      </w:r>
      <w:proofErr w:type="spellStart"/>
      <w:r w:rsidRPr="00CF3CD2">
        <w:rPr>
          <w:rFonts w:ascii="Times New Roman" w:hAnsi="Times New Roman" w:cs="Times New Roman"/>
          <w:sz w:val="24"/>
          <w:szCs w:val="24"/>
        </w:rPr>
        <w:t>praćenje</w:t>
      </w:r>
      <w:proofErr w:type="spellEnd"/>
      <w:r w:rsidRPr="00CF3CD2">
        <w:rPr>
          <w:rFonts w:ascii="Times New Roman" w:hAnsi="Times New Roman" w:cs="Times New Roman"/>
          <w:sz w:val="24"/>
          <w:szCs w:val="24"/>
        </w:rPr>
        <w:t xml:space="preserve"> kvalitete </w:t>
      </w:r>
      <w:proofErr w:type="spellStart"/>
      <w:r w:rsidRPr="00CF3CD2">
        <w:rPr>
          <w:rFonts w:ascii="Times New Roman" w:hAnsi="Times New Roman" w:cs="Times New Roman"/>
          <w:sz w:val="24"/>
          <w:szCs w:val="24"/>
        </w:rPr>
        <w:t>studijskih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programa</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planiranje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korektivnih</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razvojnih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aktivnosti</w:t>
      </w:r>
      <w:proofErr w:type="spellEnd"/>
      <w:r w:rsidRPr="00CF3CD2">
        <w:rPr>
          <w:rFonts w:ascii="Times New Roman" w:hAnsi="Times New Roman" w:cs="Times New Roman"/>
          <w:sz w:val="24"/>
          <w:szCs w:val="24"/>
        </w:rPr>
        <w:t>.</w:t>
      </w:r>
    </w:p>
    <w:p w14:paraId="3153CA20" w14:textId="77777777" w:rsidR="00AB2BE3" w:rsidRPr="00CF3CD2" w:rsidRDefault="00681641">
      <w:pPr>
        <w:pStyle w:val="Heading1"/>
        <w:rPr>
          <w:rFonts w:ascii="Times New Roman" w:hAnsi="Times New Roman" w:cs="Times New Roman"/>
          <w:sz w:val="24"/>
          <w:szCs w:val="24"/>
        </w:rPr>
      </w:pPr>
      <w:r w:rsidRPr="00CF3CD2">
        <w:rPr>
          <w:rFonts w:ascii="Times New Roman" w:hAnsi="Times New Roman" w:cs="Times New Roman"/>
          <w:sz w:val="24"/>
          <w:szCs w:val="24"/>
        </w:rPr>
        <w:t xml:space="preserve">2. </w:t>
      </w:r>
      <w:proofErr w:type="spellStart"/>
      <w:r w:rsidRPr="00CF3CD2">
        <w:rPr>
          <w:rFonts w:ascii="Times New Roman" w:hAnsi="Times New Roman" w:cs="Times New Roman"/>
          <w:sz w:val="24"/>
          <w:szCs w:val="24"/>
        </w:rPr>
        <w:t>Metodologija</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obuhvat</w:t>
      </w:r>
      <w:proofErr w:type="spellEnd"/>
    </w:p>
    <w:p w14:paraId="767DF27B" w14:textId="77777777" w:rsidR="00AB2BE3" w:rsidRPr="00CF3CD2" w:rsidRDefault="00681641" w:rsidP="00CF3CD2">
      <w:pPr>
        <w:jc w:val="both"/>
        <w:rPr>
          <w:rFonts w:ascii="Times New Roman" w:hAnsi="Times New Roman" w:cs="Times New Roman"/>
          <w:sz w:val="24"/>
          <w:szCs w:val="24"/>
        </w:rPr>
      </w:pPr>
      <w:r w:rsidRPr="00CF3CD2">
        <w:rPr>
          <w:rFonts w:ascii="Times New Roman" w:hAnsi="Times New Roman" w:cs="Times New Roman"/>
          <w:sz w:val="24"/>
          <w:szCs w:val="24"/>
        </w:rPr>
        <w:t xml:space="preserve">Analiza se </w:t>
      </w:r>
      <w:proofErr w:type="spellStart"/>
      <w:r w:rsidRPr="00CF3CD2">
        <w:rPr>
          <w:rFonts w:ascii="Times New Roman" w:hAnsi="Times New Roman" w:cs="Times New Roman"/>
          <w:sz w:val="24"/>
          <w:szCs w:val="24"/>
        </w:rPr>
        <w:t>temelji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w:t>
      </w:r>
      <w:proofErr w:type="spellEnd"/>
      <w:r w:rsidRPr="00CF3CD2">
        <w:rPr>
          <w:rFonts w:ascii="Times New Roman" w:hAnsi="Times New Roman" w:cs="Times New Roman"/>
          <w:sz w:val="24"/>
          <w:szCs w:val="24"/>
        </w:rPr>
        <w:t xml:space="preserve"> 14 </w:t>
      </w:r>
      <w:proofErr w:type="spellStart"/>
      <w:r w:rsidRPr="00CF3CD2">
        <w:rPr>
          <w:rFonts w:ascii="Times New Roman" w:hAnsi="Times New Roman" w:cs="Times New Roman"/>
          <w:sz w:val="24"/>
          <w:szCs w:val="24"/>
        </w:rPr>
        <w:t>valjano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ispunjenih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upitnika</w:t>
      </w:r>
      <w:proofErr w:type="spellEnd"/>
      <w:r w:rsidRPr="00CF3CD2">
        <w:rPr>
          <w:rFonts w:ascii="Times New Roman" w:hAnsi="Times New Roman" w:cs="Times New Roman"/>
          <w:sz w:val="24"/>
          <w:szCs w:val="24"/>
        </w:rPr>
        <w:t xml:space="preserve"> za </w:t>
      </w:r>
      <w:proofErr w:type="spellStart"/>
      <w:r w:rsidRPr="00CF3CD2">
        <w:rPr>
          <w:rFonts w:ascii="Times New Roman" w:hAnsi="Times New Roman" w:cs="Times New Roman"/>
          <w:sz w:val="24"/>
          <w:szCs w:val="24"/>
        </w:rPr>
        <w:t>akademsku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godinu</w:t>
      </w:r>
      <w:proofErr w:type="spellEnd"/>
      <w:r w:rsidRPr="00CF3CD2">
        <w:rPr>
          <w:rFonts w:ascii="Times New Roman" w:hAnsi="Times New Roman" w:cs="Times New Roman"/>
          <w:sz w:val="24"/>
          <w:szCs w:val="24"/>
        </w:rPr>
        <w:t xml:space="preserve"> </w:t>
      </w:r>
      <w:proofErr w:type="gramStart"/>
      <w:r w:rsidRPr="00CF3CD2">
        <w:rPr>
          <w:rFonts w:ascii="Times New Roman" w:hAnsi="Times New Roman" w:cs="Times New Roman"/>
          <w:sz w:val="24"/>
          <w:szCs w:val="24"/>
        </w:rPr>
        <w:t>2025./</w:t>
      </w:r>
      <w:proofErr w:type="gramEnd"/>
      <w:r w:rsidRPr="00CF3CD2">
        <w:rPr>
          <w:rFonts w:ascii="Times New Roman" w:hAnsi="Times New Roman" w:cs="Times New Roman"/>
          <w:sz w:val="24"/>
          <w:szCs w:val="24"/>
        </w:rPr>
        <w:t xml:space="preserve">2026. </w:t>
      </w:r>
      <w:proofErr w:type="spellStart"/>
      <w:r w:rsidRPr="00CF3CD2">
        <w:rPr>
          <w:rFonts w:ascii="Times New Roman" w:hAnsi="Times New Roman" w:cs="Times New Roman"/>
          <w:sz w:val="24"/>
          <w:szCs w:val="24"/>
        </w:rPr>
        <w:t>Upitnik</w:t>
      </w:r>
      <w:proofErr w:type="spellEnd"/>
      <w:r w:rsidRPr="00CF3CD2">
        <w:rPr>
          <w:rFonts w:ascii="Times New Roman" w:hAnsi="Times New Roman" w:cs="Times New Roman"/>
          <w:sz w:val="24"/>
          <w:szCs w:val="24"/>
        </w:rPr>
        <w:t xml:space="preserve"> je </w:t>
      </w:r>
      <w:proofErr w:type="spellStart"/>
      <w:r w:rsidRPr="00CF3CD2">
        <w:rPr>
          <w:rFonts w:ascii="Times New Roman" w:hAnsi="Times New Roman" w:cs="Times New Roman"/>
          <w:sz w:val="24"/>
          <w:szCs w:val="24"/>
        </w:rPr>
        <w:t>sadržavao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podatke</w:t>
      </w:r>
      <w:proofErr w:type="spellEnd"/>
      <w:r w:rsidRPr="00CF3CD2">
        <w:rPr>
          <w:rFonts w:ascii="Times New Roman" w:hAnsi="Times New Roman" w:cs="Times New Roman"/>
          <w:sz w:val="24"/>
          <w:szCs w:val="24"/>
        </w:rPr>
        <w:t xml:space="preserve"> o </w:t>
      </w:r>
      <w:proofErr w:type="spellStart"/>
      <w:r w:rsidRPr="00CF3CD2">
        <w:rPr>
          <w:rFonts w:ascii="Times New Roman" w:hAnsi="Times New Roman" w:cs="Times New Roman"/>
          <w:sz w:val="24"/>
          <w:szCs w:val="24"/>
        </w:rPr>
        <w:t>ustanovi</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broju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studenata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sedam</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tvrdnji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ocijenjenih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ljestvici</w:t>
      </w:r>
      <w:proofErr w:type="spellEnd"/>
      <w:r w:rsidRPr="00CF3CD2">
        <w:rPr>
          <w:rFonts w:ascii="Times New Roman" w:hAnsi="Times New Roman" w:cs="Times New Roman"/>
          <w:sz w:val="24"/>
          <w:szCs w:val="24"/>
        </w:rPr>
        <w:t xml:space="preserve"> od 1 do 5, </w:t>
      </w:r>
      <w:proofErr w:type="spellStart"/>
      <w:r w:rsidRPr="00CF3CD2">
        <w:rPr>
          <w:rFonts w:ascii="Times New Roman" w:hAnsi="Times New Roman" w:cs="Times New Roman"/>
          <w:sz w:val="24"/>
          <w:szCs w:val="24"/>
        </w:rPr>
        <w:t>dvije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opće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procjene</w:t>
      </w:r>
      <w:proofErr w:type="spellEnd"/>
      <w:r w:rsidRPr="00CF3CD2">
        <w:rPr>
          <w:rFonts w:ascii="Times New Roman" w:hAnsi="Times New Roman" w:cs="Times New Roman"/>
          <w:sz w:val="24"/>
          <w:szCs w:val="24"/>
        </w:rPr>
        <w:t xml:space="preserve">, tri </w:t>
      </w:r>
      <w:proofErr w:type="spellStart"/>
      <w:r w:rsidRPr="00CF3CD2">
        <w:rPr>
          <w:rFonts w:ascii="Times New Roman" w:hAnsi="Times New Roman" w:cs="Times New Roman"/>
          <w:sz w:val="24"/>
          <w:szCs w:val="24"/>
        </w:rPr>
        <w:t>otvorena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pitanja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te</w:t>
      </w:r>
      <w:proofErr w:type="spellEnd"/>
      <w:r w:rsidRPr="00CF3CD2">
        <w:rPr>
          <w:rFonts w:ascii="Times New Roman" w:hAnsi="Times New Roman" w:cs="Times New Roman"/>
          <w:sz w:val="24"/>
          <w:szCs w:val="24"/>
        </w:rPr>
        <w:t xml:space="preserve"> tri </w:t>
      </w:r>
      <w:proofErr w:type="spellStart"/>
      <w:r w:rsidRPr="00CF3CD2">
        <w:rPr>
          <w:rFonts w:ascii="Times New Roman" w:hAnsi="Times New Roman" w:cs="Times New Roman"/>
          <w:sz w:val="24"/>
          <w:szCs w:val="24"/>
        </w:rPr>
        <w:t>pitanja</w:t>
      </w:r>
      <w:proofErr w:type="spellEnd"/>
      <w:r w:rsidRPr="00CF3CD2">
        <w:rPr>
          <w:rFonts w:ascii="Times New Roman" w:hAnsi="Times New Roman" w:cs="Times New Roman"/>
          <w:sz w:val="24"/>
          <w:szCs w:val="24"/>
        </w:rPr>
        <w:t xml:space="preserve"> o </w:t>
      </w:r>
      <w:proofErr w:type="spellStart"/>
      <w:r w:rsidRPr="00CF3CD2">
        <w:rPr>
          <w:rFonts w:ascii="Times New Roman" w:hAnsi="Times New Roman" w:cs="Times New Roman"/>
          <w:sz w:val="24"/>
          <w:szCs w:val="24"/>
        </w:rPr>
        <w:t>budućoj</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suradnji</w:t>
      </w:r>
      <w:proofErr w:type="spellEnd"/>
      <w:r w:rsidRPr="00CF3CD2">
        <w:rPr>
          <w:rFonts w:ascii="Times New Roman" w:hAnsi="Times New Roman" w:cs="Times New Roman"/>
          <w:sz w:val="24"/>
          <w:szCs w:val="24"/>
        </w:rPr>
        <w:t>.</w:t>
      </w:r>
    </w:p>
    <w:p w14:paraId="58CC561D" w14:textId="77777777" w:rsidR="00AB2BE3" w:rsidRPr="00CF3CD2" w:rsidRDefault="00681641" w:rsidP="00CF3CD2">
      <w:pPr>
        <w:jc w:val="both"/>
        <w:rPr>
          <w:rFonts w:ascii="Times New Roman" w:hAnsi="Times New Roman" w:cs="Times New Roman"/>
          <w:sz w:val="24"/>
          <w:szCs w:val="24"/>
        </w:rPr>
      </w:pPr>
      <w:proofErr w:type="spellStart"/>
      <w:r w:rsidRPr="00CF3CD2">
        <w:rPr>
          <w:rFonts w:ascii="Times New Roman" w:hAnsi="Times New Roman" w:cs="Times New Roman"/>
          <w:sz w:val="24"/>
          <w:szCs w:val="24"/>
        </w:rPr>
        <w:t>Odgovori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obuhvaćaju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praksu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studenata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stručnog</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prijediplomskog</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studija</w:t>
      </w:r>
      <w:proofErr w:type="spellEnd"/>
      <w:r w:rsidRPr="00CF3CD2">
        <w:rPr>
          <w:rFonts w:ascii="Times New Roman" w:hAnsi="Times New Roman" w:cs="Times New Roman"/>
          <w:sz w:val="24"/>
          <w:szCs w:val="24"/>
        </w:rPr>
        <w:t xml:space="preserve"> Sestrinstvo, </w:t>
      </w:r>
      <w:proofErr w:type="spellStart"/>
      <w:r w:rsidRPr="00CF3CD2">
        <w:rPr>
          <w:rFonts w:ascii="Times New Roman" w:hAnsi="Times New Roman" w:cs="Times New Roman"/>
          <w:sz w:val="24"/>
          <w:szCs w:val="24"/>
        </w:rPr>
        <w:t>stručnog</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diplomskog</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studija</w:t>
      </w:r>
      <w:proofErr w:type="spellEnd"/>
      <w:r w:rsidRPr="00CF3CD2">
        <w:rPr>
          <w:rFonts w:ascii="Times New Roman" w:hAnsi="Times New Roman" w:cs="Times New Roman"/>
          <w:sz w:val="24"/>
          <w:szCs w:val="24"/>
        </w:rPr>
        <w:t xml:space="preserve"> Sestrinstvo i </w:t>
      </w:r>
      <w:proofErr w:type="spellStart"/>
      <w:r w:rsidRPr="00CF3CD2">
        <w:rPr>
          <w:rFonts w:ascii="Times New Roman" w:hAnsi="Times New Roman" w:cs="Times New Roman"/>
          <w:sz w:val="24"/>
          <w:szCs w:val="24"/>
        </w:rPr>
        <w:t>stručnog</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prijediplomskog</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studija</w:t>
      </w:r>
      <w:proofErr w:type="spellEnd"/>
      <w:r w:rsidRPr="00CF3CD2">
        <w:rPr>
          <w:rFonts w:ascii="Times New Roman" w:hAnsi="Times New Roman" w:cs="Times New Roman"/>
          <w:sz w:val="24"/>
          <w:szCs w:val="24"/>
        </w:rPr>
        <w:t xml:space="preserve"> Fizioterapija. </w:t>
      </w:r>
      <w:proofErr w:type="spellStart"/>
      <w:r w:rsidRPr="00CF3CD2">
        <w:rPr>
          <w:rFonts w:ascii="Times New Roman" w:hAnsi="Times New Roman" w:cs="Times New Roman"/>
          <w:sz w:val="24"/>
          <w:szCs w:val="24"/>
        </w:rPr>
        <w:t>Sestrinski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studiji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zastupljeni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su</w:t>
      </w:r>
      <w:proofErr w:type="spellEnd"/>
      <w:r w:rsidRPr="00CF3CD2">
        <w:rPr>
          <w:rFonts w:ascii="Times New Roman" w:hAnsi="Times New Roman" w:cs="Times New Roman"/>
          <w:sz w:val="24"/>
          <w:szCs w:val="24"/>
        </w:rPr>
        <w:t xml:space="preserve"> u 7 </w:t>
      </w:r>
      <w:proofErr w:type="spellStart"/>
      <w:r w:rsidRPr="00CF3CD2">
        <w:rPr>
          <w:rFonts w:ascii="Times New Roman" w:hAnsi="Times New Roman" w:cs="Times New Roman"/>
          <w:sz w:val="24"/>
          <w:szCs w:val="24"/>
        </w:rPr>
        <w:t>odgovora</w:t>
      </w:r>
      <w:proofErr w:type="spellEnd"/>
      <w:r w:rsidRPr="00CF3CD2">
        <w:rPr>
          <w:rFonts w:ascii="Times New Roman" w:hAnsi="Times New Roman" w:cs="Times New Roman"/>
          <w:sz w:val="24"/>
          <w:szCs w:val="24"/>
        </w:rPr>
        <w:t xml:space="preserve">, a Fizioterapija u 8 </w:t>
      </w:r>
      <w:proofErr w:type="spellStart"/>
      <w:r w:rsidRPr="00CF3CD2">
        <w:rPr>
          <w:rFonts w:ascii="Times New Roman" w:hAnsi="Times New Roman" w:cs="Times New Roman"/>
          <w:sz w:val="24"/>
          <w:szCs w:val="24"/>
        </w:rPr>
        <w:t>odgovora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jedan</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odgovor</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obuhvaća</w:t>
      </w:r>
      <w:proofErr w:type="spellEnd"/>
      <w:r w:rsidRPr="00CF3CD2">
        <w:rPr>
          <w:rFonts w:ascii="Times New Roman" w:hAnsi="Times New Roman" w:cs="Times New Roman"/>
          <w:sz w:val="24"/>
          <w:szCs w:val="24"/>
        </w:rPr>
        <w:t xml:space="preserve"> oba </w:t>
      </w:r>
      <w:proofErr w:type="spellStart"/>
      <w:r w:rsidRPr="00CF3CD2">
        <w:rPr>
          <w:rFonts w:ascii="Times New Roman" w:hAnsi="Times New Roman" w:cs="Times New Roman"/>
          <w:sz w:val="24"/>
          <w:szCs w:val="24"/>
        </w:rPr>
        <w:t>područja</w:t>
      </w:r>
      <w:proofErr w:type="spellEnd"/>
      <w:r w:rsidRPr="00CF3CD2">
        <w:rPr>
          <w:rFonts w:ascii="Times New Roman" w:hAnsi="Times New Roman" w:cs="Times New Roman"/>
          <w:sz w:val="24"/>
          <w:szCs w:val="24"/>
        </w:rPr>
        <w:t>.</w:t>
      </w:r>
    </w:p>
    <w:p w14:paraId="32107313" w14:textId="77777777" w:rsidR="00AB2BE3" w:rsidRPr="00CF3CD2" w:rsidRDefault="00AB2BE3" w:rsidP="00CF3CD2">
      <w:pPr>
        <w:jc w:val="both"/>
        <w:rPr>
          <w:rFonts w:ascii="Times New Roman" w:hAnsi="Times New Roman" w:cs="Times New Roman"/>
          <w:sz w:val="24"/>
          <w:szCs w:val="24"/>
        </w:rPr>
      </w:pPr>
    </w:p>
    <w:p w14:paraId="3C1B5FE4" w14:textId="77777777" w:rsidR="0038475B" w:rsidRDefault="0004466C">
      <w:pPr>
        <w:pStyle w:val="Caption"/>
        <w:keepNext/>
        <w:spacing w:before="140" w:after="80"/>
      </w:pPr>
      <w:proofErr w:type="spellStart"/>
      <w:r>
        <w:rPr>
          <w:color w:val="1F4E79"/>
        </w:rPr>
        <w:t>Tablica</w:t>
      </w:r>
      <w:proofErr w:type="spellEnd"/>
      <w:r>
        <w:rPr>
          <w:color w:val="1F4E79"/>
        </w:rPr>
        <w:t xml:space="preserve"> 1. </w:t>
      </w:r>
      <w:proofErr w:type="spellStart"/>
      <w:r>
        <w:rPr>
          <w:color w:val="1F4E79"/>
        </w:rPr>
        <w:t>Osnovni</w:t>
      </w:r>
      <w:proofErr w:type="spellEnd"/>
      <w:r>
        <w:rPr>
          <w:color w:val="1F4E79"/>
        </w:rPr>
        <w:t xml:space="preserve"> </w:t>
      </w:r>
      <w:proofErr w:type="spellStart"/>
      <w:r>
        <w:rPr>
          <w:color w:val="1F4E79"/>
        </w:rPr>
        <w:t>podatci</w:t>
      </w:r>
      <w:proofErr w:type="spellEnd"/>
      <w:r>
        <w:rPr>
          <w:color w:val="1F4E79"/>
        </w:rPr>
        <w:t xml:space="preserve"> o </w:t>
      </w:r>
      <w:proofErr w:type="spellStart"/>
      <w:r>
        <w:rPr>
          <w:color w:val="1F4E79"/>
        </w:rPr>
        <w:t>obuhvatu</w:t>
      </w:r>
      <w:proofErr w:type="spellEnd"/>
      <w:r>
        <w:rPr>
          <w:color w:val="1F4E79"/>
        </w:rPr>
        <w:t xml:space="preserve"> </w:t>
      </w:r>
      <w:proofErr w:type="spellStart"/>
      <w:r>
        <w:rPr>
          <w:color w:val="1F4E79"/>
        </w:rPr>
        <w:t>ankete</w:t>
      </w:r>
      <w:proofErr w:type="spellEnd"/>
    </w:p>
    <w:tbl>
      <w:tblPr>
        <w:tblStyle w:val="TableGrid"/>
        <w:tblW w:w="0" w:type="auto"/>
        <w:jc w:val="center"/>
        <w:tblLayout w:type="fixed"/>
        <w:tblLook w:val="04A0" w:firstRow="1" w:lastRow="0" w:firstColumn="1" w:lastColumn="0" w:noHBand="0" w:noVBand="1"/>
      </w:tblPr>
      <w:tblGrid>
        <w:gridCol w:w="5953"/>
        <w:gridCol w:w="2835"/>
      </w:tblGrid>
      <w:tr w:rsidR="00AB2BE3" w:rsidRPr="00CF3CD2" w14:paraId="4794F65C" w14:textId="77777777">
        <w:trPr>
          <w:cantSplit/>
          <w:tblHeader/>
          <w:jc w:val="center"/>
        </w:trPr>
        <w:tc>
          <w:tcPr>
            <w:tcW w:w="5953" w:type="dxa"/>
            <w:shd w:val="clear" w:color="auto" w:fill="1F4E79"/>
            <w:tcMar>
              <w:top w:w="90" w:type="dxa"/>
              <w:left w:w="90" w:type="dxa"/>
              <w:bottom w:w="90" w:type="dxa"/>
              <w:right w:w="90" w:type="dxa"/>
            </w:tcMar>
            <w:vAlign w:val="center"/>
          </w:tcPr>
          <w:p w14:paraId="013A8C51" w14:textId="77777777" w:rsidR="00AB2BE3" w:rsidRPr="00CF3CD2" w:rsidRDefault="00681641">
            <w:pPr>
              <w:spacing w:after="0"/>
              <w:rPr>
                <w:rFonts w:ascii="Times New Roman" w:hAnsi="Times New Roman" w:cs="Times New Roman"/>
                <w:sz w:val="24"/>
                <w:szCs w:val="24"/>
              </w:rPr>
            </w:pPr>
            <w:proofErr w:type="spellStart"/>
            <w:r w:rsidRPr="00CF3CD2">
              <w:rPr>
                <w:rFonts w:cs="Times New Roman"/>
                <w:b/>
                <w:color w:val="FFFFFF"/>
                <w:sz w:val="18"/>
                <w:szCs w:val="24"/>
              </w:rPr>
              <w:t>Pokazatelj</w:t>
            </w:r>
            <w:proofErr w:type="spellEnd"/>
          </w:p>
        </w:tc>
        <w:tc>
          <w:tcPr>
            <w:tcW w:w="2835" w:type="dxa"/>
            <w:shd w:val="clear" w:color="auto" w:fill="1F4E79"/>
            <w:tcMar>
              <w:top w:w="90" w:type="dxa"/>
              <w:left w:w="90" w:type="dxa"/>
              <w:bottom w:w="90" w:type="dxa"/>
              <w:right w:w="90" w:type="dxa"/>
            </w:tcMar>
            <w:vAlign w:val="center"/>
          </w:tcPr>
          <w:p w14:paraId="3E25B4C6" w14:textId="77777777" w:rsidR="00AB2BE3" w:rsidRPr="00CF3CD2" w:rsidRDefault="00681641">
            <w:pPr>
              <w:spacing w:after="0"/>
              <w:jc w:val="center"/>
              <w:rPr>
                <w:rFonts w:ascii="Times New Roman" w:hAnsi="Times New Roman" w:cs="Times New Roman"/>
                <w:sz w:val="24"/>
                <w:szCs w:val="24"/>
              </w:rPr>
            </w:pPr>
            <w:proofErr w:type="spellStart"/>
            <w:r w:rsidRPr="00CF3CD2">
              <w:rPr>
                <w:rFonts w:cs="Times New Roman"/>
                <w:b/>
                <w:color w:val="FFFFFF"/>
                <w:sz w:val="18"/>
                <w:szCs w:val="24"/>
              </w:rPr>
              <w:t>Vrijednost</w:t>
            </w:r>
            <w:proofErr w:type="spellEnd"/>
          </w:p>
        </w:tc>
      </w:tr>
      <w:tr w:rsidR="00AB2BE3" w:rsidRPr="00CF3CD2" w14:paraId="0E409FCA" w14:textId="77777777">
        <w:trPr>
          <w:cantSplit/>
          <w:jc w:val="center"/>
        </w:trPr>
        <w:tc>
          <w:tcPr>
            <w:tcW w:w="5953" w:type="dxa"/>
            <w:shd w:val="clear" w:color="auto" w:fill="FFFFFF"/>
            <w:tcMar>
              <w:top w:w="90" w:type="dxa"/>
              <w:left w:w="90" w:type="dxa"/>
              <w:bottom w:w="90" w:type="dxa"/>
              <w:right w:w="90" w:type="dxa"/>
            </w:tcMar>
            <w:vAlign w:val="center"/>
          </w:tcPr>
          <w:p w14:paraId="38BBF1FA" w14:textId="77777777" w:rsidR="00AB2BE3" w:rsidRPr="00CF3CD2" w:rsidRDefault="00681641">
            <w:pPr>
              <w:spacing w:after="0"/>
              <w:rPr>
                <w:rFonts w:ascii="Times New Roman" w:hAnsi="Times New Roman" w:cs="Times New Roman"/>
                <w:sz w:val="24"/>
                <w:szCs w:val="24"/>
              </w:rPr>
            </w:pPr>
            <w:proofErr w:type="spellStart"/>
            <w:r w:rsidRPr="00CF3CD2">
              <w:rPr>
                <w:rFonts w:cs="Times New Roman"/>
                <w:color w:val="1F1F1F"/>
                <w:sz w:val="18"/>
                <w:szCs w:val="24"/>
              </w:rPr>
              <w:t>Broj</w:t>
            </w:r>
            <w:proofErr w:type="spellEnd"/>
            <w:r w:rsidRPr="00CF3CD2">
              <w:rPr>
                <w:rFonts w:cs="Times New Roman"/>
                <w:color w:val="1F1F1F"/>
                <w:sz w:val="18"/>
                <w:szCs w:val="24"/>
              </w:rPr>
              <w:t xml:space="preserve"> </w:t>
            </w:r>
            <w:proofErr w:type="spellStart"/>
            <w:r w:rsidRPr="00CF3CD2">
              <w:rPr>
                <w:rFonts w:cs="Times New Roman"/>
                <w:color w:val="1F1F1F"/>
                <w:sz w:val="18"/>
                <w:szCs w:val="24"/>
              </w:rPr>
              <w:t>ispunjenih</w:t>
            </w:r>
            <w:proofErr w:type="spellEnd"/>
            <w:r w:rsidRPr="00CF3CD2">
              <w:rPr>
                <w:rFonts w:cs="Times New Roman"/>
                <w:color w:val="1F1F1F"/>
                <w:sz w:val="18"/>
                <w:szCs w:val="24"/>
              </w:rPr>
              <w:t xml:space="preserve"> </w:t>
            </w:r>
            <w:proofErr w:type="spellStart"/>
            <w:r w:rsidRPr="00CF3CD2">
              <w:rPr>
                <w:rFonts w:cs="Times New Roman"/>
                <w:color w:val="1F1F1F"/>
                <w:sz w:val="18"/>
                <w:szCs w:val="24"/>
              </w:rPr>
              <w:t>upitnika</w:t>
            </w:r>
            <w:proofErr w:type="spellEnd"/>
          </w:p>
        </w:tc>
        <w:tc>
          <w:tcPr>
            <w:tcW w:w="2835" w:type="dxa"/>
            <w:shd w:val="clear" w:color="auto" w:fill="FFFFFF"/>
            <w:tcMar>
              <w:top w:w="90" w:type="dxa"/>
              <w:left w:w="90" w:type="dxa"/>
              <w:bottom w:w="90" w:type="dxa"/>
              <w:right w:w="90" w:type="dxa"/>
            </w:tcMar>
            <w:vAlign w:val="center"/>
          </w:tcPr>
          <w:p w14:paraId="1D3ED366"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8"/>
                <w:szCs w:val="24"/>
              </w:rPr>
              <w:t>14</w:t>
            </w:r>
          </w:p>
        </w:tc>
      </w:tr>
      <w:tr w:rsidR="00AB2BE3" w:rsidRPr="00CF3CD2" w14:paraId="2163031F" w14:textId="77777777">
        <w:trPr>
          <w:cantSplit/>
          <w:jc w:val="center"/>
        </w:trPr>
        <w:tc>
          <w:tcPr>
            <w:tcW w:w="5953" w:type="dxa"/>
            <w:shd w:val="clear" w:color="auto" w:fill="F5F8FA"/>
            <w:tcMar>
              <w:top w:w="90" w:type="dxa"/>
              <w:left w:w="90" w:type="dxa"/>
              <w:bottom w:w="90" w:type="dxa"/>
              <w:right w:w="90" w:type="dxa"/>
            </w:tcMar>
            <w:vAlign w:val="center"/>
          </w:tcPr>
          <w:p w14:paraId="603EB08B" w14:textId="77777777" w:rsidR="00AB2BE3" w:rsidRPr="00CF3CD2" w:rsidRDefault="00681641">
            <w:pPr>
              <w:spacing w:after="0"/>
              <w:rPr>
                <w:rFonts w:ascii="Times New Roman" w:hAnsi="Times New Roman" w:cs="Times New Roman"/>
                <w:sz w:val="24"/>
                <w:szCs w:val="24"/>
              </w:rPr>
            </w:pPr>
            <w:proofErr w:type="spellStart"/>
            <w:r w:rsidRPr="00CF3CD2">
              <w:rPr>
                <w:rFonts w:cs="Times New Roman"/>
                <w:color w:val="1F1F1F"/>
                <w:sz w:val="18"/>
                <w:szCs w:val="24"/>
              </w:rPr>
              <w:t>Zastupljenost</w:t>
            </w:r>
            <w:proofErr w:type="spellEnd"/>
            <w:r w:rsidRPr="00CF3CD2">
              <w:rPr>
                <w:rFonts w:cs="Times New Roman"/>
                <w:color w:val="1F1F1F"/>
                <w:sz w:val="18"/>
                <w:szCs w:val="24"/>
              </w:rPr>
              <w:t xml:space="preserve"> </w:t>
            </w:r>
            <w:proofErr w:type="spellStart"/>
            <w:r w:rsidRPr="00CF3CD2">
              <w:rPr>
                <w:rFonts w:cs="Times New Roman"/>
                <w:color w:val="1F1F1F"/>
                <w:sz w:val="18"/>
                <w:szCs w:val="24"/>
              </w:rPr>
              <w:t>sestrinskih</w:t>
            </w:r>
            <w:proofErr w:type="spellEnd"/>
            <w:r w:rsidRPr="00CF3CD2">
              <w:rPr>
                <w:rFonts w:cs="Times New Roman"/>
                <w:color w:val="1F1F1F"/>
                <w:sz w:val="18"/>
                <w:szCs w:val="24"/>
              </w:rPr>
              <w:t xml:space="preserve"> </w:t>
            </w:r>
            <w:proofErr w:type="spellStart"/>
            <w:r w:rsidRPr="00CF3CD2">
              <w:rPr>
                <w:rFonts w:cs="Times New Roman"/>
                <w:color w:val="1F1F1F"/>
                <w:sz w:val="18"/>
                <w:szCs w:val="24"/>
              </w:rPr>
              <w:t>studija</w:t>
            </w:r>
            <w:proofErr w:type="spellEnd"/>
          </w:p>
        </w:tc>
        <w:tc>
          <w:tcPr>
            <w:tcW w:w="2835" w:type="dxa"/>
            <w:shd w:val="clear" w:color="auto" w:fill="F5F8FA"/>
            <w:tcMar>
              <w:top w:w="90" w:type="dxa"/>
              <w:left w:w="90" w:type="dxa"/>
              <w:bottom w:w="90" w:type="dxa"/>
              <w:right w:w="90" w:type="dxa"/>
            </w:tcMar>
            <w:vAlign w:val="center"/>
          </w:tcPr>
          <w:p w14:paraId="6007AC1F"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8"/>
                <w:szCs w:val="24"/>
              </w:rPr>
              <w:t xml:space="preserve">7 </w:t>
            </w:r>
            <w:proofErr w:type="spellStart"/>
            <w:r w:rsidRPr="00CF3CD2">
              <w:rPr>
                <w:rFonts w:cs="Times New Roman"/>
                <w:color w:val="1F1F1F"/>
                <w:sz w:val="18"/>
                <w:szCs w:val="24"/>
              </w:rPr>
              <w:t>odgovora</w:t>
            </w:r>
            <w:proofErr w:type="spellEnd"/>
            <w:r w:rsidRPr="00CF3CD2">
              <w:rPr>
                <w:rFonts w:cs="Times New Roman"/>
                <w:color w:val="1F1F1F"/>
                <w:sz w:val="18"/>
                <w:szCs w:val="24"/>
              </w:rPr>
              <w:t xml:space="preserve"> (50,0 %)</w:t>
            </w:r>
          </w:p>
        </w:tc>
      </w:tr>
      <w:tr w:rsidR="00AB2BE3" w:rsidRPr="00CF3CD2" w14:paraId="609BF8CD" w14:textId="77777777">
        <w:trPr>
          <w:cantSplit/>
          <w:jc w:val="center"/>
        </w:trPr>
        <w:tc>
          <w:tcPr>
            <w:tcW w:w="5953" w:type="dxa"/>
            <w:shd w:val="clear" w:color="auto" w:fill="FFFFFF"/>
            <w:tcMar>
              <w:top w:w="90" w:type="dxa"/>
              <w:left w:w="90" w:type="dxa"/>
              <w:bottom w:w="90" w:type="dxa"/>
              <w:right w:w="90" w:type="dxa"/>
            </w:tcMar>
            <w:vAlign w:val="center"/>
          </w:tcPr>
          <w:p w14:paraId="6E7B7847" w14:textId="77777777" w:rsidR="00AB2BE3" w:rsidRPr="00CF3CD2" w:rsidRDefault="00681641">
            <w:pPr>
              <w:spacing w:after="0"/>
              <w:rPr>
                <w:rFonts w:ascii="Times New Roman" w:hAnsi="Times New Roman" w:cs="Times New Roman"/>
                <w:sz w:val="24"/>
                <w:szCs w:val="24"/>
              </w:rPr>
            </w:pPr>
            <w:proofErr w:type="spellStart"/>
            <w:r w:rsidRPr="00CF3CD2">
              <w:rPr>
                <w:rFonts w:cs="Times New Roman"/>
                <w:color w:val="1F1F1F"/>
                <w:sz w:val="18"/>
                <w:szCs w:val="24"/>
              </w:rPr>
              <w:t>Zastupljenost</w:t>
            </w:r>
            <w:proofErr w:type="spellEnd"/>
            <w:r w:rsidRPr="00CF3CD2">
              <w:rPr>
                <w:rFonts w:cs="Times New Roman"/>
                <w:color w:val="1F1F1F"/>
                <w:sz w:val="18"/>
                <w:szCs w:val="24"/>
              </w:rPr>
              <w:t xml:space="preserve"> </w:t>
            </w:r>
            <w:proofErr w:type="spellStart"/>
            <w:r w:rsidRPr="00CF3CD2">
              <w:rPr>
                <w:rFonts w:cs="Times New Roman"/>
                <w:color w:val="1F1F1F"/>
                <w:sz w:val="18"/>
                <w:szCs w:val="24"/>
              </w:rPr>
              <w:t>Fizioterapije</w:t>
            </w:r>
            <w:proofErr w:type="spellEnd"/>
          </w:p>
        </w:tc>
        <w:tc>
          <w:tcPr>
            <w:tcW w:w="2835" w:type="dxa"/>
            <w:shd w:val="clear" w:color="auto" w:fill="FFFFFF"/>
            <w:tcMar>
              <w:top w:w="90" w:type="dxa"/>
              <w:left w:w="90" w:type="dxa"/>
              <w:bottom w:w="90" w:type="dxa"/>
              <w:right w:w="90" w:type="dxa"/>
            </w:tcMar>
            <w:vAlign w:val="center"/>
          </w:tcPr>
          <w:p w14:paraId="11C22898"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8"/>
                <w:szCs w:val="24"/>
              </w:rPr>
              <w:t xml:space="preserve">8 </w:t>
            </w:r>
            <w:proofErr w:type="spellStart"/>
            <w:r w:rsidRPr="00CF3CD2">
              <w:rPr>
                <w:rFonts w:cs="Times New Roman"/>
                <w:color w:val="1F1F1F"/>
                <w:sz w:val="18"/>
                <w:szCs w:val="24"/>
              </w:rPr>
              <w:t>odgovora</w:t>
            </w:r>
            <w:proofErr w:type="spellEnd"/>
            <w:r w:rsidRPr="00CF3CD2">
              <w:rPr>
                <w:rFonts w:cs="Times New Roman"/>
                <w:color w:val="1F1F1F"/>
                <w:sz w:val="18"/>
                <w:szCs w:val="24"/>
              </w:rPr>
              <w:t xml:space="preserve"> (57,1 %)</w:t>
            </w:r>
          </w:p>
        </w:tc>
      </w:tr>
    </w:tbl>
    <w:p w14:paraId="39191350" w14:textId="77777777" w:rsidR="00CF3CD2" w:rsidRDefault="00CF3CD2" w:rsidP="00CF3CD2">
      <w:pPr>
        <w:jc w:val="both"/>
        <w:rPr>
          <w:rFonts w:ascii="Times New Roman" w:hAnsi="Times New Roman" w:cs="Times New Roman"/>
          <w:sz w:val="24"/>
          <w:szCs w:val="24"/>
        </w:rPr>
      </w:pPr>
    </w:p>
    <w:p w14:paraId="2509B71D" w14:textId="77777777" w:rsidR="00AB2BE3" w:rsidRPr="00CF3CD2" w:rsidRDefault="00681641" w:rsidP="00CF3CD2">
      <w:pPr>
        <w:jc w:val="both"/>
        <w:rPr>
          <w:rFonts w:ascii="Times New Roman" w:hAnsi="Times New Roman" w:cs="Times New Roman"/>
          <w:sz w:val="24"/>
          <w:szCs w:val="24"/>
        </w:rPr>
      </w:pPr>
      <w:proofErr w:type="spellStart"/>
      <w:r w:rsidRPr="00CF3CD2">
        <w:rPr>
          <w:rFonts w:ascii="Times New Roman" w:hAnsi="Times New Roman" w:cs="Times New Roman"/>
          <w:sz w:val="24"/>
          <w:szCs w:val="24"/>
        </w:rPr>
        <w:t>Napomena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pojedine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ustanove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zastupljene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su</w:t>
      </w:r>
      <w:proofErr w:type="spellEnd"/>
      <w:r w:rsidRPr="00CF3CD2">
        <w:rPr>
          <w:rFonts w:ascii="Times New Roman" w:hAnsi="Times New Roman" w:cs="Times New Roman"/>
          <w:sz w:val="24"/>
          <w:szCs w:val="24"/>
        </w:rPr>
        <w:t xml:space="preserve"> u </w:t>
      </w:r>
      <w:proofErr w:type="spellStart"/>
      <w:r w:rsidRPr="00CF3CD2">
        <w:rPr>
          <w:rFonts w:ascii="Times New Roman" w:hAnsi="Times New Roman" w:cs="Times New Roman"/>
          <w:sz w:val="24"/>
          <w:szCs w:val="24"/>
        </w:rPr>
        <w:t>više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odgovora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vjerojatno</w:t>
      </w:r>
      <w:proofErr w:type="spellEnd"/>
      <w:r w:rsidRPr="00CF3CD2">
        <w:rPr>
          <w:rFonts w:ascii="Times New Roman" w:hAnsi="Times New Roman" w:cs="Times New Roman"/>
          <w:sz w:val="24"/>
          <w:szCs w:val="24"/>
        </w:rPr>
        <w:t xml:space="preserve"> za </w:t>
      </w:r>
      <w:proofErr w:type="spellStart"/>
      <w:r w:rsidRPr="00CF3CD2">
        <w:rPr>
          <w:rFonts w:ascii="Times New Roman" w:hAnsi="Times New Roman" w:cs="Times New Roman"/>
          <w:sz w:val="24"/>
          <w:szCs w:val="24"/>
        </w:rPr>
        <w:t>različite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organizacijske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jedinice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ili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studijske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programe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Stoga</w:t>
      </w:r>
      <w:proofErr w:type="spellEnd"/>
      <w:r w:rsidRPr="00CF3CD2">
        <w:rPr>
          <w:rFonts w:ascii="Times New Roman" w:hAnsi="Times New Roman" w:cs="Times New Roman"/>
          <w:sz w:val="24"/>
          <w:szCs w:val="24"/>
        </w:rPr>
        <w:t xml:space="preserve"> se </w:t>
      </w:r>
      <w:proofErr w:type="spellStart"/>
      <w:r w:rsidRPr="00CF3CD2">
        <w:rPr>
          <w:rFonts w:ascii="Times New Roman" w:hAnsi="Times New Roman" w:cs="Times New Roman"/>
          <w:sz w:val="24"/>
          <w:szCs w:val="24"/>
        </w:rPr>
        <w:t>rezultati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odnose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w:t>
      </w:r>
      <w:proofErr w:type="spellEnd"/>
      <w:r w:rsidRPr="00CF3CD2">
        <w:rPr>
          <w:rFonts w:ascii="Times New Roman" w:hAnsi="Times New Roman" w:cs="Times New Roman"/>
          <w:sz w:val="24"/>
          <w:szCs w:val="24"/>
        </w:rPr>
        <w:t xml:space="preserve"> 14 </w:t>
      </w:r>
      <w:proofErr w:type="spellStart"/>
      <w:r w:rsidRPr="00CF3CD2">
        <w:rPr>
          <w:rFonts w:ascii="Times New Roman" w:hAnsi="Times New Roman" w:cs="Times New Roman"/>
          <w:sz w:val="24"/>
          <w:szCs w:val="24"/>
        </w:rPr>
        <w:t>anketnih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odgovora</w:t>
      </w:r>
      <w:proofErr w:type="spellEnd"/>
      <w:r w:rsidRPr="00CF3CD2">
        <w:rPr>
          <w:rFonts w:ascii="Times New Roman" w:hAnsi="Times New Roman" w:cs="Times New Roman"/>
          <w:sz w:val="24"/>
          <w:szCs w:val="24"/>
        </w:rPr>
        <w:t xml:space="preserve">, a </w:t>
      </w:r>
      <w:proofErr w:type="spellStart"/>
      <w:r w:rsidRPr="00CF3CD2">
        <w:rPr>
          <w:rFonts w:ascii="Times New Roman" w:hAnsi="Times New Roman" w:cs="Times New Roman"/>
          <w:sz w:val="24"/>
          <w:szCs w:val="24"/>
        </w:rPr>
        <w:t>ne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nužno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w:t>
      </w:r>
      <w:proofErr w:type="spellEnd"/>
      <w:r w:rsidRPr="00CF3CD2">
        <w:rPr>
          <w:rFonts w:ascii="Times New Roman" w:hAnsi="Times New Roman" w:cs="Times New Roman"/>
          <w:sz w:val="24"/>
          <w:szCs w:val="24"/>
        </w:rPr>
        <w:t xml:space="preserve"> 14 </w:t>
      </w:r>
      <w:proofErr w:type="spellStart"/>
      <w:r w:rsidRPr="00CF3CD2">
        <w:rPr>
          <w:rFonts w:ascii="Times New Roman" w:hAnsi="Times New Roman" w:cs="Times New Roman"/>
          <w:sz w:val="24"/>
          <w:szCs w:val="24"/>
        </w:rPr>
        <w:t>jedinstvenih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ustanova</w:t>
      </w:r>
      <w:proofErr w:type="spellEnd"/>
      <w:r w:rsidRPr="00CF3CD2">
        <w:rPr>
          <w:rFonts w:ascii="Times New Roman" w:hAnsi="Times New Roman" w:cs="Times New Roman"/>
          <w:sz w:val="24"/>
          <w:szCs w:val="24"/>
        </w:rPr>
        <w:t>.</w:t>
      </w:r>
    </w:p>
    <w:p w14:paraId="00C2940D" w14:textId="77777777" w:rsidR="00CF3CD2" w:rsidRPr="00CF3CD2" w:rsidRDefault="00CF3CD2" w:rsidP="00CF3CD2">
      <w:pPr>
        <w:pStyle w:val="Heading2"/>
        <w:jc w:val="both"/>
        <w:rPr>
          <w:rFonts w:ascii="Times New Roman" w:hAnsi="Times New Roman" w:cs="Times New Roman"/>
          <w:szCs w:val="24"/>
          <w:lang w:val="hr-HR"/>
        </w:rPr>
      </w:pPr>
      <w:r w:rsidRPr="00CF3CD2">
        <w:rPr>
          <w:rFonts w:ascii="Times New Roman" w:hAnsi="Times New Roman" w:cs="Times New Roman"/>
          <w:szCs w:val="24"/>
          <w:lang w:val="hr-HR"/>
        </w:rPr>
        <w:t>2.1. Ustanove u kojima se provodila stručna praksa</w:t>
      </w:r>
    </w:p>
    <w:p w14:paraId="43B67942" w14:textId="77777777" w:rsidR="00CF3CD2" w:rsidRPr="00CF3CD2" w:rsidRDefault="00CF3CD2" w:rsidP="00CF3CD2">
      <w:pPr>
        <w:jc w:val="both"/>
        <w:rPr>
          <w:rFonts w:ascii="Times New Roman" w:hAnsi="Times New Roman" w:cs="Times New Roman"/>
          <w:sz w:val="24"/>
          <w:szCs w:val="24"/>
          <w:lang w:val="hr-HR"/>
        </w:rPr>
      </w:pPr>
      <w:r w:rsidRPr="00CF3CD2">
        <w:rPr>
          <w:rFonts w:ascii="Times New Roman" w:hAnsi="Times New Roman" w:cs="Times New Roman"/>
          <w:sz w:val="24"/>
          <w:szCs w:val="24"/>
          <w:lang w:val="hr-HR"/>
        </w:rPr>
        <w:t>Na temelju zaprimljenih anketnih odgovora, stručna praksa studenata Veleučilišta Ivanić-Grad tijekom akademske godine 2025./2026. provodila se u sljedećim ustanovama:</w:t>
      </w:r>
    </w:p>
    <w:p w14:paraId="4A56BE35" w14:textId="77777777" w:rsidR="00CF3CD2" w:rsidRPr="00CF3CD2" w:rsidRDefault="00CF3CD2" w:rsidP="00CF3CD2">
      <w:pPr>
        <w:numPr>
          <w:ilvl w:val="0"/>
          <w:numId w:val="10"/>
        </w:numPr>
        <w:jc w:val="both"/>
        <w:rPr>
          <w:rFonts w:ascii="Times New Roman" w:hAnsi="Times New Roman" w:cs="Times New Roman"/>
          <w:sz w:val="24"/>
          <w:szCs w:val="24"/>
          <w:lang w:val="hr-HR"/>
        </w:rPr>
      </w:pPr>
      <w:r w:rsidRPr="00CF3CD2">
        <w:rPr>
          <w:rFonts w:ascii="Times New Roman" w:hAnsi="Times New Roman" w:cs="Times New Roman"/>
          <w:sz w:val="24"/>
          <w:szCs w:val="24"/>
          <w:lang w:val="hr-HR"/>
        </w:rPr>
        <w:t xml:space="preserve">Klinički bolnički centar Zagreb </w:t>
      </w:r>
    </w:p>
    <w:p w14:paraId="7CCBC567" w14:textId="77777777" w:rsidR="00CF3CD2" w:rsidRPr="00CF3CD2" w:rsidRDefault="00CF3CD2" w:rsidP="00CF3CD2">
      <w:pPr>
        <w:numPr>
          <w:ilvl w:val="0"/>
          <w:numId w:val="10"/>
        </w:numPr>
        <w:jc w:val="both"/>
        <w:rPr>
          <w:rFonts w:ascii="Times New Roman" w:hAnsi="Times New Roman" w:cs="Times New Roman"/>
          <w:sz w:val="24"/>
          <w:szCs w:val="24"/>
          <w:lang w:val="hr-HR"/>
        </w:rPr>
      </w:pPr>
      <w:r w:rsidRPr="00CF3CD2">
        <w:rPr>
          <w:rFonts w:ascii="Times New Roman" w:hAnsi="Times New Roman" w:cs="Times New Roman"/>
          <w:sz w:val="24"/>
          <w:szCs w:val="24"/>
          <w:lang w:val="hr-HR"/>
        </w:rPr>
        <w:t xml:space="preserve">Klinička bolnica Merkur </w:t>
      </w:r>
    </w:p>
    <w:p w14:paraId="3060EB91" w14:textId="77777777" w:rsidR="00CF3CD2" w:rsidRPr="00CF3CD2" w:rsidRDefault="00CF3CD2" w:rsidP="00CF3CD2">
      <w:pPr>
        <w:numPr>
          <w:ilvl w:val="0"/>
          <w:numId w:val="10"/>
        </w:numPr>
        <w:jc w:val="both"/>
        <w:rPr>
          <w:rFonts w:ascii="Times New Roman" w:hAnsi="Times New Roman" w:cs="Times New Roman"/>
          <w:sz w:val="24"/>
          <w:szCs w:val="24"/>
          <w:lang w:val="hr-HR"/>
        </w:rPr>
      </w:pPr>
      <w:r w:rsidRPr="00CF3CD2">
        <w:rPr>
          <w:rFonts w:ascii="Times New Roman" w:hAnsi="Times New Roman" w:cs="Times New Roman"/>
          <w:sz w:val="24"/>
          <w:szCs w:val="24"/>
          <w:lang w:val="hr-HR"/>
        </w:rPr>
        <w:t xml:space="preserve">Klinička bolnica Dubrava </w:t>
      </w:r>
    </w:p>
    <w:p w14:paraId="1139E9ED" w14:textId="77777777" w:rsidR="00CF3CD2" w:rsidRPr="00CF3CD2" w:rsidRDefault="00CF3CD2" w:rsidP="00CF3CD2">
      <w:pPr>
        <w:numPr>
          <w:ilvl w:val="0"/>
          <w:numId w:val="10"/>
        </w:numPr>
        <w:jc w:val="both"/>
        <w:rPr>
          <w:rFonts w:ascii="Times New Roman" w:hAnsi="Times New Roman" w:cs="Times New Roman"/>
          <w:sz w:val="24"/>
          <w:szCs w:val="24"/>
          <w:lang w:val="hr-HR"/>
        </w:rPr>
      </w:pPr>
      <w:r w:rsidRPr="00CF3CD2">
        <w:rPr>
          <w:rFonts w:ascii="Times New Roman" w:hAnsi="Times New Roman" w:cs="Times New Roman"/>
          <w:sz w:val="24"/>
          <w:szCs w:val="24"/>
          <w:lang w:val="hr-HR"/>
        </w:rPr>
        <w:t xml:space="preserve">Opća bolnica „Dr. Ivo Pedišić“ Sisak </w:t>
      </w:r>
    </w:p>
    <w:p w14:paraId="75CFF12D" w14:textId="77777777" w:rsidR="00CF3CD2" w:rsidRPr="00CF3CD2" w:rsidRDefault="00CF3CD2" w:rsidP="00CF3CD2">
      <w:pPr>
        <w:numPr>
          <w:ilvl w:val="0"/>
          <w:numId w:val="10"/>
        </w:numPr>
        <w:jc w:val="both"/>
        <w:rPr>
          <w:rFonts w:ascii="Times New Roman" w:hAnsi="Times New Roman" w:cs="Times New Roman"/>
          <w:sz w:val="24"/>
          <w:szCs w:val="24"/>
          <w:lang w:val="hr-HR"/>
        </w:rPr>
      </w:pPr>
      <w:r w:rsidRPr="00CF3CD2">
        <w:rPr>
          <w:rFonts w:ascii="Times New Roman" w:hAnsi="Times New Roman" w:cs="Times New Roman"/>
          <w:sz w:val="24"/>
          <w:szCs w:val="24"/>
          <w:lang w:val="hr-HR"/>
        </w:rPr>
        <w:t xml:space="preserve">Neuropsihijatrijska bolnica „Dr. Ivan Barbot“ Popovača </w:t>
      </w:r>
    </w:p>
    <w:p w14:paraId="45644182" w14:textId="77777777" w:rsidR="00CF3CD2" w:rsidRPr="00CF3CD2" w:rsidRDefault="00CF3CD2" w:rsidP="00CF3CD2">
      <w:pPr>
        <w:numPr>
          <w:ilvl w:val="0"/>
          <w:numId w:val="10"/>
        </w:numPr>
        <w:jc w:val="both"/>
        <w:rPr>
          <w:rFonts w:ascii="Times New Roman" w:hAnsi="Times New Roman" w:cs="Times New Roman"/>
          <w:sz w:val="24"/>
          <w:szCs w:val="24"/>
          <w:lang w:val="hr-HR"/>
        </w:rPr>
      </w:pPr>
      <w:r w:rsidRPr="00CF3CD2">
        <w:rPr>
          <w:rFonts w:ascii="Times New Roman" w:hAnsi="Times New Roman" w:cs="Times New Roman"/>
          <w:sz w:val="24"/>
          <w:szCs w:val="24"/>
          <w:lang w:val="hr-HR"/>
        </w:rPr>
        <w:t xml:space="preserve">Dječja bolnica Srebrnjak </w:t>
      </w:r>
    </w:p>
    <w:p w14:paraId="3232034D" w14:textId="77777777" w:rsidR="00CF3CD2" w:rsidRPr="00CF3CD2" w:rsidRDefault="00CF3CD2" w:rsidP="00CF3CD2">
      <w:pPr>
        <w:numPr>
          <w:ilvl w:val="0"/>
          <w:numId w:val="10"/>
        </w:numPr>
        <w:jc w:val="both"/>
        <w:rPr>
          <w:rFonts w:ascii="Times New Roman" w:hAnsi="Times New Roman" w:cs="Times New Roman"/>
          <w:sz w:val="24"/>
          <w:szCs w:val="24"/>
          <w:lang w:val="hr-HR"/>
        </w:rPr>
      </w:pPr>
      <w:r w:rsidRPr="00CF3CD2">
        <w:rPr>
          <w:rFonts w:ascii="Times New Roman" w:hAnsi="Times New Roman" w:cs="Times New Roman"/>
          <w:sz w:val="24"/>
          <w:szCs w:val="24"/>
          <w:lang w:val="hr-HR"/>
        </w:rPr>
        <w:t xml:space="preserve">Specijalna bolnica za zaštitu djece s neurorazvojnim i motoričkim oštećenjima – Goljak </w:t>
      </w:r>
    </w:p>
    <w:p w14:paraId="43B56A1A" w14:textId="77777777" w:rsidR="00CF3CD2" w:rsidRPr="00CF3CD2" w:rsidRDefault="00CF3CD2" w:rsidP="00CF3CD2">
      <w:pPr>
        <w:numPr>
          <w:ilvl w:val="0"/>
          <w:numId w:val="10"/>
        </w:numPr>
        <w:jc w:val="both"/>
        <w:rPr>
          <w:rFonts w:ascii="Times New Roman" w:hAnsi="Times New Roman" w:cs="Times New Roman"/>
          <w:sz w:val="24"/>
          <w:szCs w:val="24"/>
          <w:lang w:val="hr-HR"/>
        </w:rPr>
      </w:pPr>
      <w:r w:rsidRPr="00CF3CD2">
        <w:rPr>
          <w:rFonts w:ascii="Times New Roman" w:hAnsi="Times New Roman" w:cs="Times New Roman"/>
          <w:sz w:val="24"/>
          <w:szCs w:val="24"/>
          <w:lang w:val="hr-HR"/>
        </w:rPr>
        <w:lastRenderedPageBreak/>
        <w:t xml:space="preserve">Dom zdravlja Zagreb – Istok </w:t>
      </w:r>
    </w:p>
    <w:p w14:paraId="21B44C14" w14:textId="77777777" w:rsidR="00CF3CD2" w:rsidRPr="00CF3CD2" w:rsidRDefault="00CF3CD2" w:rsidP="00CF3CD2">
      <w:pPr>
        <w:numPr>
          <w:ilvl w:val="0"/>
          <w:numId w:val="10"/>
        </w:numPr>
        <w:jc w:val="both"/>
        <w:rPr>
          <w:rFonts w:ascii="Times New Roman" w:hAnsi="Times New Roman" w:cs="Times New Roman"/>
          <w:sz w:val="24"/>
          <w:szCs w:val="24"/>
          <w:lang w:val="hr-HR"/>
        </w:rPr>
      </w:pPr>
      <w:r w:rsidRPr="00CF3CD2">
        <w:rPr>
          <w:rFonts w:ascii="Times New Roman" w:hAnsi="Times New Roman" w:cs="Times New Roman"/>
          <w:sz w:val="24"/>
          <w:szCs w:val="24"/>
          <w:lang w:val="hr-HR"/>
        </w:rPr>
        <w:t xml:space="preserve">Dom zdravlja Sisačko-moslavačke županije </w:t>
      </w:r>
    </w:p>
    <w:p w14:paraId="1CD74C92" w14:textId="77777777" w:rsidR="00CF3CD2" w:rsidRPr="00CF3CD2" w:rsidRDefault="00CF3CD2" w:rsidP="00CF3CD2">
      <w:pPr>
        <w:numPr>
          <w:ilvl w:val="0"/>
          <w:numId w:val="10"/>
        </w:numPr>
        <w:jc w:val="both"/>
        <w:rPr>
          <w:rFonts w:ascii="Times New Roman" w:hAnsi="Times New Roman" w:cs="Times New Roman"/>
          <w:sz w:val="24"/>
          <w:szCs w:val="24"/>
          <w:lang w:val="hr-HR"/>
        </w:rPr>
      </w:pPr>
      <w:r w:rsidRPr="00CF3CD2">
        <w:rPr>
          <w:rFonts w:ascii="Times New Roman" w:hAnsi="Times New Roman" w:cs="Times New Roman"/>
          <w:sz w:val="24"/>
          <w:szCs w:val="24"/>
          <w:lang w:val="hr-HR"/>
        </w:rPr>
        <w:t xml:space="preserve">Kuća sv. Vinka Paulskog u Oborovu </w:t>
      </w:r>
    </w:p>
    <w:p w14:paraId="0AA14473" w14:textId="77777777" w:rsidR="00CF3CD2" w:rsidRPr="00CF3CD2" w:rsidRDefault="00CF3CD2" w:rsidP="00CF3CD2">
      <w:pPr>
        <w:numPr>
          <w:ilvl w:val="0"/>
          <w:numId w:val="10"/>
        </w:numPr>
        <w:jc w:val="both"/>
        <w:rPr>
          <w:rFonts w:ascii="Times New Roman" w:hAnsi="Times New Roman" w:cs="Times New Roman"/>
          <w:sz w:val="24"/>
          <w:szCs w:val="24"/>
          <w:lang w:val="hr-HR"/>
        </w:rPr>
      </w:pPr>
      <w:r w:rsidRPr="00CF3CD2">
        <w:rPr>
          <w:rFonts w:ascii="Times New Roman" w:hAnsi="Times New Roman" w:cs="Times New Roman"/>
          <w:sz w:val="24"/>
          <w:szCs w:val="24"/>
          <w:lang w:val="hr-HR"/>
        </w:rPr>
        <w:t xml:space="preserve">Košarkaški klub Dinamo Zagreb </w:t>
      </w:r>
    </w:p>
    <w:p w14:paraId="67CBA739" w14:textId="77777777" w:rsidR="00CF3CD2" w:rsidRPr="00CF3CD2" w:rsidRDefault="00CF3CD2" w:rsidP="00CF3CD2">
      <w:pPr>
        <w:jc w:val="both"/>
        <w:rPr>
          <w:rFonts w:ascii="Times New Roman" w:hAnsi="Times New Roman" w:cs="Times New Roman"/>
          <w:sz w:val="24"/>
          <w:szCs w:val="24"/>
          <w:lang w:val="hr-HR"/>
        </w:rPr>
      </w:pPr>
      <w:r w:rsidRPr="00CF3CD2">
        <w:rPr>
          <w:rFonts w:ascii="Times New Roman" w:hAnsi="Times New Roman" w:cs="Times New Roman"/>
          <w:sz w:val="24"/>
          <w:szCs w:val="24"/>
          <w:lang w:val="hr-HR"/>
        </w:rPr>
        <w:t>Pojedine ustanove dostavile su više od jednog anketnog odgovora, vjerojatno za različite studijske programe, skupine studenata ili organizacijske jedinice. Zbog toga 14 zaprimljenih odgovora obuhvaća 11 različitih ustanova.</w:t>
      </w:r>
    </w:p>
    <w:p w14:paraId="0ADB1F6F" w14:textId="77777777" w:rsidR="00CF3CD2" w:rsidRPr="00F84A2D" w:rsidRDefault="00CF3CD2" w:rsidP="00CF3CD2">
      <w:pPr>
        <w:jc w:val="both"/>
        <w:rPr>
          <w:rFonts w:ascii="Times New Roman" w:hAnsi="Times New Roman" w:cs="Times New Roman"/>
          <w:sz w:val="24"/>
          <w:szCs w:val="24"/>
          <w:lang w:val="hr-HR"/>
        </w:rPr>
      </w:pPr>
      <w:proofErr w:type="spellStart"/>
      <w:r w:rsidRPr="00F84A2D">
        <w:rPr>
          <w:rFonts w:ascii="Times New Roman" w:hAnsi="Times New Roman" w:cs="Times New Roman"/>
        </w:rPr>
        <w:t>Nazivi</w:t>
      </w:r>
      <w:proofErr w:type="spellEnd"/>
      <w:r w:rsidRPr="00F84A2D">
        <w:rPr>
          <w:rFonts w:ascii="Times New Roman" w:hAnsi="Times New Roman" w:cs="Times New Roman"/>
        </w:rPr>
        <w:t xml:space="preserve"> „SB </w:t>
      </w:r>
      <w:proofErr w:type="spellStart"/>
      <w:r w:rsidRPr="00F84A2D">
        <w:rPr>
          <w:rFonts w:ascii="Times New Roman" w:hAnsi="Times New Roman" w:cs="Times New Roman"/>
        </w:rPr>
        <w:t>Goljak</w:t>
      </w:r>
      <w:proofErr w:type="spellEnd"/>
      <w:r w:rsidRPr="00F84A2D">
        <w:rPr>
          <w:rFonts w:ascii="Times New Roman" w:hAnsi="Times New Roman" w:cs="Times New Roman"/>
        </w:rPr>
        <w:t>“ i „</w:t>
      </w:r>
      <w:proofErr w:type="spellStart"/>
      <w:r w:rsidRPr="00F84A2D">
        <w:rPr>
          <w:rFonts w:ascii="Times New Roman" w:hAnsi="Times New Roman" w:cs="Times New Roman"/>
        </w:rPr>
        <w:t>Specijalna</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bolnica</w:t>
      </w:r>
      <w:proofErr w:type="spellEnd"/>
      <w:r w:rsidRPr="00F84A2D">
        <w:rPr>
          <w:rFonts w:ascii="Times New Roman" w:hAnsi="Times New Roman" w:cs="Times New Roman"/>
        </w:rPr>
        <w:t xml:space="preserve"> za </w:t>
      </w:r>
      <w:proofErr w:type="spellStart"/>
      <w:r w:rsidRPr="00F84A2D">
        <w:rPr>
          <w:rFonts w:ascii="Times New Roman" w:hAnsi="Times New Roman" w:cs="Times New Roman"/>
        </w:rPr>
        <w:t>zaštitu</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djece</w:t>
      </w:r>
      <w:proofErr w:type="spellEnd"/>
      <w:r w:rsidRPr="00F84A2D">
        <w:rPr>
          <w:rFonts w:ascii="Times New Roman" w:hAnsi="Times New Roman" w:cs="Times New Roman"/>
        </w:rPr>
        <w:t xml:space="preserve"> s </w:t>
      </w:r>
      <w:proofErr w:type="spellStart"/>
      <w:r w:rsidRPr="00F84A2D">
        <w:rPr>
          <w:rFonts w:ascii="Times New Roman" w:hAnsi="Times New Roman" w:cs="Times New Roman"/>
        </w:rPr>
        <w:t>neurorazvojnim</w:t>
      </w:r>
      <w:proofErr w:type="spellEnd"/>
      <w:r w:rsidRPr="00F84A2D">
        <w:rPr>
          <w:rFonts w:ascii="Times New Roman" w:hAnsi="Times New Roman" w:cs="Times New Roman"/>
        </w:rPr>
        <w:t xml:space="preserve"> i </w:t>
      </w:r>
      <w:proofErr w:type="spellStart"/>
      <w:r w:rsidRPr="00F84A2D">
        <w:rPr>
          <w:rFonts w:ascii="Times New Roman" w:hAnsi="Times New Roman" w:cs="Times New Roman"/>
        </w:rPr>
        <w:t>motoričkim</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oštećenjem</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objedinjeni</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su</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kao</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jedna</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ustanova</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kao</w:t>
      </w:r>
      <w:proofErr w:type="spellEnd"/>
      <w:r w:rsidRPr="00F84A2D">
        <w:rPr>
          <w:rFonts w:ascii="Times New Roman" w:hAnsi="Times New Roman" w:cs="Times New Roman"/>
        </w:rPr>
        <w:t xml:space="preserve"> i </w:t>
      </w:r>
      <w:proofErr w:type="spellStart"/>
      <w:r w:rsidRPr="00F84A2D">
        <w:rPr>
          <w:rFonts w:ascii="Times New Roman" w:hAnsi="Times New Roman" w:cs="Times New Roman"/>
        </w:rPr>
        <w:t>dva</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odgovora</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Neuropsihijatrijske</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bolnice</w:t>
      </w:r>
      <w:proofErr w:type="spellEnd"/>
      <w:r w:rsidRPr="00F84A2D">
        <w:rPr>
          <w:rFonts w:ascii="Times New Roman" w:hAnsi="Times New Roman" w:cs="Times New Roman"/>
        </w:rPr>
        <w:t xml:space="preserve"> „Dr. Ivan Barbot“ </w:t>
      </w:r>
      <w:proofErr w:type="spellStart"/>
      <w:r w:rsidRPr="00F84A2D">
        <w:rPr>
          <w:rFonts w:ascii="Times New Roman" w:hAnsi="Times New Roman" w:cs="Times New Roman"/>
        </w:rPr>
        <w:t>Popovača</w:t>
      </w:r>
      <w:proofErr w:type="spellEnd"/>
      <w:r w:rsidRPr="00F84A2D">
        <w:rPr>
          <w:rFonts w:ascii="Times New Roman" w:hAnsi="Times New Roman" w:cs="Times New Roman"/>
        </w:rPr>
        <w:t xml:space="preserve">. </w:t>
      </w:r>
    </w:p>
    <w:p w14:paraId="1351A41E" w14:textId="77777777" w:rsidR="00CF3CD2" w:rsidRPr="00CF3CD2" w:rsidRDefault="00CF3CD2" w:rsidP="00CF3CD2">
      <w:pPr>
        <w:jc w:val="both"/>
        <w:rPr>
          <w:rFonts w:ascii="Times New Roman" w:hAnsi="Times New Roman" w:cs="Times New Roman"/>
          <w:sz w:val="24"/>
          <w:szCs w:val="24"/>
        </w:rPr>
      </w:pPr>
    </w:p>
    <w:p w14:paraId="3E11CE9E" w14:textId="77777777" w:rsidR="00AB2BE3" w:rsidRPr="00CF3CD2" w:rsidRDefault="00681641">
      <w:pPr>
        <w:pStyle w:val="Heading1"/>
        <w:rPr>
          <w:rFonts w:ascii="Times New Roman" w:hAnsi="Times New Roman" w:cs="Times New Roman"/>
          <w:sz w:val="24"/>
          <w:szCs w:val="24"/>
        </w:rPr>
      </w:pPr>
      <w:r w:rsidRPr="00CF3CD2">
        <w:rPr>
          <w:rFonts w:ascii="Times New Roman" w:hAnsi="Times New Roman" w:cs="Times New Roman"/>
          <w:sz w:val="24"/>
          <w:szCs w:val="24"/>
        </w:rPr>
        <w:t xml:space="preserve">3. </w:t>
      </w:r>
      <w:proofErr w:type="spellStart"/>
      <w:r w:rsidRPr="00CF3CD2">
        <w:rPr>
          <w:rFonts w:ascii="Times New Roman" w:hAnsi="Times New Roman" w:cs="Times New Roman"/>
          <w:sz w:val="24"/>
          <w:szCs w:val="24"/>
        </w:rPr>
        <w:t>Rezultati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procjene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kompetencija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studenata</w:t>
      </w:r>
      <w:proofErr w:type="spellEnd"/>
    </w:p>
    <w:p w14:paraId="4C305452" w14:textId="77777777" w:rsidR="00AB2BE3" w:rsidRPr="00CF3CD2" w:rsidRDefault="00681641" w:rsidP="00CF3CD2">
      <w:pPr>
        <w:jc w:val="both"/>
        <w:rPr>
          <w:rFonts w:ascii="Times New Roman" w:hAnsi="Times New Roman" w:cs="Times New Roman"/>
          <w:sz w:val="24"/>
          <w:szCs w:val="24"/>
        </w:rPr>
      </w:pPr>
      <w:proofErr w:type="spellStart"/>
      <w:r w:rsidRPr="00CF3CD2">
        <w:rPr>
          <w:rFonts w:ascii="Times New Roman" w:hAnsi="Times New Roman" w:cs="Times New Roman"/>
          <w:sz w:val="24"/>
          <w:szCs w:val="24"/>
        </w:rPr>
        <w:t>Ukupna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prosječna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ocjena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svih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sedam</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procjenjivanih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područja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iznosi</w:t>
      </w:r>
      <w:proofErr w:type="spellEnd"/>
      <w:r w:rsidRPr="00CF3CD2">
        <w:rPr>
          <w:rFonts w:ascii="Times New Roman" w:hAnsi="Times New Roman" w:cs="Times New Roman"/>
          <w:sz w:val="24"/>
          <w:szCs w:val="24"/>
        </w:rPr>
        <w:t xml:space="preserve"> 3,99 od 5 (SD = 0,86), </w:t>
      </w:r>
      <w:proofErr w:type="spellStart"/>
      <w:r w:rsidRPr="00CF3CD2">
        <w:rPr>
          <w:rFonts w:ascii="Times New Roman" w:hAnsi="Times New Roman" w:cs="Times New Roman"/>
          <w:sz w:val="24"/>
          <w:szCs w:val="24"/>
        </w:rPr>
        <w:t>što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upućuje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visoku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razinu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zadovoljstva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poslodavaca</w:t>
      </w:r>
      <w:proofErr w:type="spellEnd"/>
      <w:r w:rsidRPr="00CF3CD2">
        <w:rPr>
          <w:rFonts w:ascii="Times New Roman" w:hAnsi="Times New Roman" w:cs="Times New Roman"/>
          <w:sz w:val="24"/>
          <w:szCs w:val="24"/>
        </w:rPr>
        <w:t xml:space="preserve">. Od </w:t>
      </w:r>
      <w:proofErr w:type="spellStart"/>
      <w:r w:rsidRPr="00CF3CD2">
        <w:rPr>
          <w:rFonts w:ascii="Times New Roman" w:hAnsi="Times New Roman" w:cs="Times New Roman"/>
          <w:sz w:val="24"/>
          <w:szCs w:val="24"/>
        </w:rPr>
        <w:t>ukupno</w:t>
      </w:r>
      <w:proofErr w:type="spellEnd"/>
      <w:r w:rsidRPr="00CF3CD2">
        <w:rPr>
          <w:rFonts w:ascii="Times New Roman" w:hAnsi="Times New Roman" w:cs="Times New Roman"/>
          <w:sz w:val="24"/>
          <w:szCs w:val="24"/>
        </w:rPr>
        <w:t xml:space="preserve"> 98 </w:t>
      </w:r>
      <w:proofErr w:type="spellStart"/>
      <w:r w:rsidRPr="00CF3CD2">
        <w:rPr>
          <w:rFonts w:ascii="Times New Roman" w:hAnsi="Times New Roman" w:cs="Times New Roman"/>
          <w:sz w:val="24"/>
          <w:szCs w:val="24"/>
        </w:rPr>
        <w:t>pojedinačnih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ocjena</w:t>
      </w:r>
      <w:proofErr w:type="spellEnd"/>
      <w:r w:rsidRPr="00CF3CD2">
        <w:rPr>
          <w:rFonts w:ascii="Times New Roman" w:hAnsi="Times New Roman" w:cs="Times New Roman"/>
          <w:sz w:val="24"/>
          <w:szCs w:val="24"/>
        </w:rPr>
        <w:t xml:space="preserve">, 74 </w:t>
      </w:r>
      <w:proofErr w:type="spellStart"/>
      <w:r w:rsidRPr="00CF3CD2">
        <w:rPr>
          <w:rFonts w:ascii="Times New Roman" w:hAnsi="Times New Roman" w:cs="Times New Roman"/>
          <w:sz w:val="24"/>
          <w:szCs w:val="24"/>
        </w:rPr>
        <w:t>su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ocjene</w:t>
      </w:r>
      <w:proofErr w:type="spellEnd"/>
      <w:r w:rsidRPr="00CF3CD2">
        <w:rPr>
          <w:rFonts w:ascii="Times New Roman" w:hAnsi="Times New Roman" w:cs="Times New Roman"/>
          <w:sz w:val="24"/>
          <w:szCs w:val="24"/>
        </w:rPr>
        <w:t xml:space="preserve"> 4 </w:t>
      </w:r>
      <w:proofErr w:type="spellStart"/>
      <w:r w:rsidRPr="00CF3CD2">
        <w:rPr>
          <w:rFonts w:ascii="Times New Roman" w:hAnsi="Times New Roman" w:cs="Times New Roman"/>
          <w:sz w:val="24"/>
          <w:szCs w:val="24"/>
        </w:rPr>
        <w:t>ili</w:t>
      </w:r>
      <w:proofErr w:type="spellEnd"/>
      <w:r w:rsidRPr="00CF3CD2">
        <w:rPr>
          <w:rFonts w:ascii="Times New Roman" w:hAnsi="Times New Roman" w:cs="Times New Roman"/>
          <w:sz w:val="24"/>
          <w:szCs w:val="24"/>
        </w:rPr>
        <w:t xml:space="preserve"> 5 (75,5 %), 18 je </w:t>
      </w:r>
      <w:proofErr w:type="spellStart"/>
      <w:r w:rsidRPr="00CF3CD2">
        <w:rPr>
          <w:rFonts w:ascii="Times New Roman" w:hAnsi="Times New Roman" w:cs="Times New Roman"/>
          <w:sz w:val="24"/>
          <w:szCs w:val="24"/>
        </w:rPr>
        <w:t>ocjena</w:t>
      </w:r>
      <w:proofErr w:type="spellEnd"/>
      <w:r w:rsidRPr="00CF3CD2">
        <w:rPr>
          <w:rFonts w:ascii="Times New Roman" w:hAnsi="Times New Roman" w:cs="Times New Roman"/>
          <w:sz w:val="24"/>
          <w:szCs w:val="24"/>
        </w:rPr>
        <w:t xml:space="preserve"> 3 (18,4 %), a 6 </w:t>
      </w:r>
      <w:proofErr w:type="spellStart"/>
      <w:r w:rsidRPr="00CF3CD2">
        <w:rPr>
          <w:rFonts w:ascii="Times New Roman" w:hAnsi="Times New Roman" w:cs="Times New Roman"/>
          <w:sz w:val="24"/>
          <w:szCs w:val="24"/>
        </w:rPr>
        <w:t>ocjena</w:t>
      </w:r>
      <w:proofErr w:type="spellEnd"/>
      <w:r w:rsidRPr="00CF3CD2">
        <w:rPr>
          <w:rFonts w:ascii="Times New Roman" w:hAnsi="Times New Roman" w:cs="Times New Roman"/>
          <w:sz w:val="24"/>
          <w:szCs w:val="24"/>
        </w:rPr>
        <w:t xml:space="preserve"> 2 (6,1 %). </w:t>
      </w:r>
      <w:proofErr w:type="spellStart"/>
      <w:r w:rsidRPr="00CF3CD2">
        <w:rPr>
          <w:rFonts w:ascii="Times New Roman" w:hAnsi="Times New Roman" w:cs="Times New Roman"/>
          <w:sz w:val="24"/>
          <w:szCs w:val="24"/>
        </w:rPr>
        <w:t>Ocjena</w:t>
      </w:r>
      <w:proofErr w:type="spellEnd"/>
      <w:r w:rsidRPr="00CF3CD2">
        <w:rPr>
          <w:rFonts w:ascii="Times New Roman" w:hAnsi="Times New Roman" w:cs="Times New Roman"/>
          <w:sz w:val="24"/>
          <w:szCs w:val="24"/>
        </w:rPr>
        <w:t xml:space="preserve"> 1 </w:t>
      </w:r>
      <w:proofErr w:type="spellStart"/>
      <w:r w:rsidRPr="00CF3CD2">
        <w:rPr>
          <w:rFonts w:ascii="Times New Roman" w:hAnsi="Times New Roman" w:cs="Times New Roman"/>
          <w:sz w:val="24"/>
          <w:szCs w:val="24"/>
        </w:rPr>
        <w:t>nije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zabilježena</w:t>
      </w:r>
      <w:proofErr w:type="spellEnd"/>
      <w:r w:rsidRPr="00CF3CD2">
        <w:rPr>
          <w:rFonts w:ascii="Times New Roman" w:hAnsi="Times New Roman" w:cs="Times New Roman"/>
          <w:sz w:val="24"/>
          <w:szCs w:val="24"/>
        </w:rPr>
        <w:t>.</w:t>
      </w:r>
    </w:p>
    <w:p w14:paraId="735FAAC3" w14:textId="77777777" w:rsidR="00B878BB" w:rsidRDefault="00B878BB">
      <w:pPr>
        <w:pStyle w:val="Caption"/>
        <w:keepNext/>
        <w:spacing w:before="140" w:after="80"/>
        <w:rPr>
          <w:color w:val="1F4E79"/>
        </w:rPr>
      </w:pPr>
    </w:p>
    <w:p w14:paraId="751FAE38" w14:textId="3D8D5E19" w:rsidR="0038475B" w:rsidRDefault="0004466C">
      <w:pPr>
        <w:pStyle w:val="Caption"/>
        <w:keepNext/>
        <w:spacing w:before="140" w:after="80"/>
      </w:pPr>
      <w:proofErr w:type="spellStart"/>
      <w:r>
        <w:rPr>
          <w:color w:val="1F4E79"/>
        </w:rPr>
        <w:t>Tablica</w:t>
      </w:r>
      <w:proofErr w:type="spellEnd"/>
      <w:r>
        <w:rPr>
          <w:color w:val="1F4E79"/>
        </w:rPr>
        <w:t xml:space="preserve"> 2. </w:t>
      </w:r>
      <w:proofErr w:type="spellStart"/>
      <w:r>
        <w:rPr>
          <w:color w:val="1F4E79"/>
        </w:rPr>
        <w:t>Prosječne</w:t>
      </w:r>
      <w:proofErr w:type="spellEnd"/>
      <w:r>
        <w:rPr>
          <w:color w:val="1F4E79"/>
        </w:rPr>
        <w:t xml:space="preserve"> </w:t>
      </w:r>
      <w:proofErr w:type="spellStart"/>
      <w:r>
        <w:rPr>
          <w:color w:val="1F4E79"/>
        </w:rPr>
        <w:t>ocjene</w:t>
      </w:r>
      <w:proofErr w:type="spellEnd"/>
      <w:r>
        <w:rPr>
          <w:color w:val="1F4E79"/>
        </w:rPr>
        <w:t xml:space="preserve"> </w:t>
      </w:r>
      <w:proofErr w:type="spellStart"/>
      <w:r>
        <w:rPr>
          <w:color w:val="1F4E79"/>
        </w:rPr>
        <w:t>kompetencija</w:t>
      </w:r>
      <w:proofErr w:type="spellEnd"/>
      <w:r>
        <w:rPr>
          <w:color w:val="1F4E79"/>
        </w:rPr>
        <w:t xml:space="preserve"> </w:t>
      </w:r>
      <w:proofErr w:type="spellStart"/>
      <w:r>
        <w:rPr>
          <w:color w:val="1F4E79"/>
        </w:rPr>
        <w:t>studenata</w:t>
      </w:r>
      <w:proofErr w:type="spellEnd"/>
    </w:p>
    <w:tbl>
      <w:tblPr>
        <w:tblStyle w:val="TableGrid"/>
        <w:tblW w:w="0" w:type="auto"/>
        <w:jc w:val="center"/>
        <w:tblLayout w:type="fixed"/>
        <w:tblLook w:val="04A0" w:firstRow="1" w:lastRow="0" w:firstColumn="1" w:lastColumn="0" w:noHBand="0" w:noVBand="1"/>
      </w:tblPr>
      <w:tblGrid>
        <w:gridCol w:w="5953"/>
        <w:gridCol w:w="1417"/>
        <w:gridCol w:w="1417"/>
      </w:tblGrid>
      <w:tr w:rsidR="00AB2BE3" w:rsidRPr="00CF3CD2" w14:paraId="7C14CC64" w14:textId="77777777">
        <w:trPr>
          <w:cantSplit/>
          <w:tblHeader/>
          <w:jc w:val="center"/>
        </w:trPr>
        <w:tc>
          <w:tcPr>
            <w:tcW w:w="5953" w:type="dxa"/>
            <w:shd w:val="clear" w:color="auto" w:fill="1F4E79"/>
            <w:tcMar>
              <w:top w:w="90" w:type="dxa"/>
              <w:left w:w="90" w:type="dxa"/>
              <w:bottom w:w="90" w:type="dxa"/>
              <w:right w:w="90" w:type="dxa"/>
            </w:tcMar>
            <w:vAlign w:val="center"/>
          </w:tcPr>
          <w:p w14:paraId="5B6B91C7" w14:textId="77777777" w:rsidR="00AB2BE3" w:rsidRPr="00CF3CD2" w:rsidRDefault="00681641">
            <w:pPr>
              <w:spacing w:after="0"/>
              <w:rPr>
                <w:rFonts w:ascii="Times New Roman" w:hAnsi="Times New Roman" w:cs="Times New Roman"/>
                <w:sz w:val="24"/>
                <w:szCs w:val="24"/>
              </w:rPr>
            </w:pPr>
            <w:proofErr w:type="spellStart"/>
            <w:r w:rsidRPr="00CF3CD2">
              <w:rPr>
                <w:rFonts w:cs="Times New Roman"/>
                <w:b/>
                <w:color w:val="FFFFFF"/>
                <w:sz w:val="18"/>
                <w:szCs w:val="24"/>
              </w:rPr>
              <w:t>Procjenjivano</w:t>
            </w:r>
            <w:proofErr w:type="spellEnd"/>
            <w:r w:rsidRPr="00CF3CD2">
              <w:rPr>
                <w:rFonts w:cs="Times New Roman"/>
                <w:b/>
                <w:color w:val="FFFFFF"/>
                <w:sz w:val="18"/>
                <w:szCs w:val="24"/>
              </w:rPr>
              <w:t xml:space="preserve"> </w:t>
            </w:r>
            <w:proofErr w:type="spellStart"/>
            <w:r w:rsidRPr="00CF3CD2">
              <w:rPr>
                <w:rFonts w:cs="Times New Roman"/>
                <w:b/>
                <w:color w:val="FFFFFF"/>
                <w:sz w:val="18"/>
                <w:szCs w:val="24"/>
              </w:rPr>
              <w:t>područje</w:t>
            </w:r>
            <w:proofErr w:type="spellEnd"/>
          </w:p>
        </w:tc>
        <w:tc>
          <w:tcPr>
            <w:tcW w:w="1417" w:type="dxa"/>
            <w:shd w:val="clear" w:color="auto" w:fill="1F4E79"/>
            <w:tcMar>
              <w:top w:w="90" w:type="dxa"/>
              <w:left w:w="90" w:type="dxa"/>
              <w:bottom w:w="90" w:type="dxa"/>
              <w:right w:w="90" w:type="dxa"/>
            </w:tcMar>
            <w:vAlign w:val="center"/>
          </w:tcPr>
          <w:p w14:paraId="48C46DD0" w14:textId="77777777" w:rsidR="00AB2BE3" w:rsidRPr="00CF3CD2" w:rsidRDefault="00681641">
            <w:pPr>
              <w:spacing w:after="0"/>
              <w:jc w:val="center"/>
              <w:rPr>
                <w:rFonts w:ascii="Times New Roman" w:hAnsi="Times New Roman" w:cs="Times New Roman"/>
                <w:sz w:val="24"/>
                <w:szCs w:val="24"/>
              </w:rPr>
            </w:pPr>
            <w:r w:rsidRPr="00CF3CD2">
              <w:rPr>
                <w:rFonts w:cs="Times New Roman"/>
                <w:b/>
                <w:color w:val="FFFFFF"/>
                <w:sz w:val="18"/>
                <w:szCs w:val="24"/>
              </w:rPr>
              <w:t>M</w:t>
            </w:r>
          </w:p>
        </w:tc>
        <w:tc>
          <w:tcPr>
            <w:tcW w:w="1417" w:type="dxa"/>
            <w:shd w:val="clear" w:color="auto" w:fill="1F4E79"/>
            <w:tcMar>
              <w:top w:w="90" w:type="dxa"/>
              <w:left w:w="90" w:type="dxa"/>
              <w:bottom w:w="90" w:type="dxa"/>
              <w:right w:w="90" w:type="dxa"/>
            </w:tcMar>
            <w:vAlign w:val="center"/>
          </w:tcPr>
          <w:p w14:paraId="32B59B55" w14:textId="77777777" w:rsidR="00AB2BE3" w:rsidRPr="00CF3CD2" w:rsidRDefault="00681641">
            <w:pPr>
              <w:spacing w:after="0"/>
              <w:jc w:val="center"/>
              <w:rPr>
                <w:rFonts w:ascii="Times New Roman" w:hAnsi="Times New Roman" w:cs="Times New Roman"/>
                <w:sz w:val="24"/>
                <w:szCs w:val="24"/>
              </w:rPr>
            </w:pPr>
            <w:r w:rsidRPr="00CF3CD2">
              <w:rPr>
                <w:rFonts w:cs="Times New Roman"/>
                <w:b/>
                <w:color w:val="FFFFFF"/>
                <w:sz w:val="18"/>
                <w:szCs w:val="24"/>
              </w:rPr>
              <w:t>SD</w:t>
            </w:r>
          </w:p>
        </w:tc>
      </w:tr>
      <w:tr w:rsidR="00AB2BE3" w:rsidRPr="00CF3CD2" w14:paraId="68748732" w14:textId="77777777">
        <w:trPr>
          <w:cantSplit/>
          <w:jc w:val="center"/>
        </w:trPr>
        <w:tc>
          <w:tcPr>
            <w:tcW w:w="5953" w:type="dxa"/>
            <w:shd w:val="clear" w:color="auto" w:fill="FFFFFF"/>
            <w:tcMar>
              <w:top w:w="90" w:type="dxa"/>
              <w:left w:w="90" w:type="dxa"/>
              <w:bottom w:w="90" w:type="dxa"/>
              <w:right w:w="90" w:type="dxa"/>
            </w:tcMar>
            <w:vAlign w:val="center"/>
          </w:tcPr>
          <w:p w14:paraId="44F2013A" w14:textId="77777777" w:rsidR="00AB2BE3" w:rsidRPr="00CF3CD2" w:rsidRDefault="00681641">
            <w:pPr>
              <w:spacing w:after="0"/>
              <w:rPr>
                <w:rFonts w:ascii="Times New Roman" w:hAnsi="Times New Roman" w:cs="Times New Roman"/>
                <w:sz w:val="24"/>
                <w:szCs w:val="24"/>
              </w:rPr>
            </w:pPr>
            <w:proofErr w:type="spellStart"/>
            <w:r w:rsidRPr="00CF3CD2">
              <w:rPr>
                <w:rFonts w:cs="Times New Roman"/>
                <w:color w:val="1F1F1F"/>
                <w:sz w:val="18"/>
                <w:szCs w:val="24"/>
              </w:rPr>
              <w:t>Osposobljenost</w:t>
            </w:r>
            <w:proofErr w:type="spellEnd"/>
            <w:r w:rsidRPr="00CF3CD2">
              <w:rPr>
                <w:rFonts w:cs="Times New Roman"/>
                <w:color w:val="1F1F1F"/>
                <w:sz w:val="18"/>
                <w:szCs w:val="24"/>
              </w:rPr>
              <w:t xml:space="preserve"> za </w:t>
            </w:r>
            <w:proofErr w:type="spellStart"/>
            <w:r w:rsidRPr="00CF3CD2">
              <w:rPr>
                <w:rFonts w:cs="Times New Roman"/>
                <w:color w:val="1F1F1F"/>
                <w:sz w:val="18"/>
                <w:szCs w:val="24"/>
              </w:rPr>
              <w:t>praksu</w:t>
            </w:r>
            <w:proofErr w:type="spellEnd"/>
          </w:p>
        </w:tc>
        <w:tc>
          <w:tcPr>
            <w:tcW w:w="1417" w:type="dxa"/>
            <w:shd w:val="clear" w:color="auto" w:fill="FFFFFF"/>
            <w:tcMar>
              <w:top w:w="90" w:type="dxa"/>
              <w:left w:w="90" w:type="dxa"/>
              <w:bottom w:w="90" w:type="dxa"/>
              <w:right w:w="90" w:type="dxa"/>
            </w:tcMar>
            <w:vAlign w:val="center"/>
          </w:tcPr>
          <w:p w14:paraId="1325F34D"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8"/>
                <w:szCs w:val="24"/>
              </w:rPr>
              <w:t>4,00</w:t>
            </w:r>
          </w:p>
        </w:tc>
        <w:tc>
          <w:tcPr>
            <w:tcW w:w="1417" w:type="dxa"/>
            <w:shd w:val="clear" w:color="auto" w:fill="FFFFFF"/>
            <w:tcMar>
              <w:top w:w="90" w:type="dxa"/>
              <w:left w:w="90" w:type="dxa"/>
              <w:bottom w:w="90" w:type="dxa"/>
              <w:right w:w="90" w:type="dxa"/>
            </w:tcMar>
            <w:vAlign w:val="center"/>
          </w:tcPr>
          <w:p w14:paraId="31F393A9"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8"/>
                <w:szCs w:val="24"/>
              </w:rPr>
              <w:t>0,78</w:t>
            </w:r>
          </w:p>
        </w:tc>
      </w:tr>
      <w:tr w:rsidR="00AB2BE3" w:rsidRPr="00CF3CD2" w14:paraId="1353157B" w14:textId="77777777">
        <w:trPr>
          <w:cantSplit/>
          <w:jc w:val="center"/>
        </w:trPr>
        <w:tc>
          <w:tcPr>
            <w:tcW w:w="5953" w:type="dxa"/>
            <w:shd w:val="clear" w:color="auto" w:fill="F5F8FA"/>
            <w:tcMar>
              <w:top w:w="90" w:type="dxa"/>
              <w:left w:w="90" w:type="dxa"/>
              <w:bottom w:w="90" w:type="dxa"/>
              <w:right w:w="90" w:type="dxa"/>
            </w:tcMar>
            <w:vAlign w:val="center"/>
          </w:tcPr>
          <w:p w14:paraId="597369F8" w14:textId="77777777" w:rsidR="00AB2BE3" w:rsidRPr="00CF3CD2" w:rsidRDefault="00681641">
            <w:pPr>
              <w:spacing w:after="0"/>
              <w:rPr>
                <w:rFonts w:ascii="Times New Roman" w:hAnsi="Times New Roman" w:cs="Times New Roman"/>
                <w:sz w:val="24"/>
                <w:szCs w:val="24"/>
              </w:rPr>
            </w:pPr>
            <w:proofErr w:type="spellStart"/>
            <w:r w:rsidRPr="00CF3CD2">
              <w:rPr>
                <w:rFonts w:cs="Times New Roman"/>
                <w:color w:val="1F1F1F"/>
                <w:sz w:val="18"/>
                <w:szCs w:val="24"/>
              </w:rPr>
              <w:t>Motivacija</w:t>
            </w:r>
            <w:proofErr w:type="spellEnd"/>
            <w:r w:rsidRPr="00CF3CD2">
              <w:rPr>
                <w:rFonts w:cs="Times New Roman"/>
                <w:color w:val="1F1F1F"/>
                <w:sz w:val="18"/>
                <w:szCs w:val="24"/>
              </w:rPr>
              <w:t xml:space="preserve"> za rad</w:t>
            </w:r>
          </w:p>
        </w:tc>
        <w:tc>
          <w:tcPr>
            <w:tcW w:w="1417" w:type="dxa"/>
            <w:shd w:val="clear" w:color="auto" w:fill="F5F8FA"/>
            <w:tcMar>
              <w:top w:w="90" w:type="dxa"/>
              <w:left w:w="90" w:type="dxa"/>
              <w:bottom w:w="90" w:type="dxa"/>
              <w:right w:w="90" w:type="dxa"/>
            </w:tcMar>
            <w:vAlign w:val="center"/>
          </w:tcPr>
          <w:p w14:paraId="3BB54302"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8"/>
                <w:szCs w:val="24"/>
              </w:rPr>
              <w:t>3,93</w:t>
            </w:r>
          </w:p>
        </w:tc>
        <w:tc>
          <w:tcPr>
            <w:tcW w:w="1417" w:type="dxa"/>
            <w:shd w:val="clear" w:color="auto" w:fill="F5F8FA"/>
            <w:tcMar>
              <w:top w:w="90" w:type="dxa"/>
              <w:left w:w="90" w:type="dxa"/>
              <w:bottom w:w="90" w:type="dxa"/>
              <w:right w:w="90" w:type="dxa"/>
            </w:tcMar>
            <w:vAlign w:val="center"/>
          </w:tcPr>
          <w:p w14:paraId="33D87D7E"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8"/>
                <w:szCs w:val="24"/>
              </w:rPr>
              <w:t>1,07</w:t>
            </w:r>
          </w:p>
        </w:tc>
      </w:tr>
      <w:tr w:rsidR="00AB2BE3" w:rsidRPr="00CF3CD2" w14:paraId="3A294D35" w14:textId="77777777">
        <w:trPr>
          <w:cantSplit/>
          <w:jc w:val="center"/>
        </w:trPr>
        <w:tc>
          <w:tcPr>
            <w:tcW w:w="5953" w:type="dxa"/>
            <w:shd w:val="clear" w:color="auto" w:fill="FFFFFF"/>
            <w:tcMar>
              <w:top w:w="90" w:type="dxa"/>
              <w:left w:w="90" w:type="dxa"/>
              <w:bottom w:w="90" w:type="dxa"/>
              <w:right w:w="90" w:type="dxa"/>
            </w:tcMar>
            <w:vAlign w:val="center"/>
          </w:tcPr>
          <w:p w14:paraId="756BC6D4" w14:textId="77777777" w:rsidR="00AB2BE3" w:rsidRPr="00CF3CD2" w:rsidRDefault="00681641">
            <w:pPr>
              <w:spacing w:after="0"/>
              <w:rPr>
                <w:rFonts w:ascii="Times New Roman" w:hAnsi="Times New Roman" w:cs="Times New Roman"/>
                <w:sz w:val="24"/>
                <w:szCs w:val="24"/>
              </w:rPr>
            </w:pPr>
            <w:proofErr w:type="spellStart"/>
            <w:r w:rsidRPr="00CF3CD2">
              <w:rPr>
                <w:rFonts w:cs="Times New Roman"/>
                <w:color w:val="1F1F1F"/>
                <w:sz w:val="18"/>
                <w:szCs w:val="24"/>
              </w:rPr>
              <w:t>Teorijska</w:t>
            </w:r>
            <w:proofErr w:type="spellEnd"/>
            <w:r w:rsidRPr="00CF3CD2">
              <w:rPr>
                <w:rFonts w:cs="Times New Roman"/>
                <w:color w:val="1F1F1F"/>
                <w:sz w:val="18"/>
                <w:szCs w:val="24"/>
              </w:rPr>
              <w:t xml:space="preserve"> </w:t>
            </w:r>
            <w:proofErr w:type="spellStart"/>
            <w:r w:rsidRPr="00CF3CD2">
              <w:rPr>
                <w:rFonts w:cs="Times New Roman"/>
                <w:color w:val="1F1F1F"/>
                <w:sz w:val="18"/>
                <w:szCs w:val="24"/>
              </w:rPr>
              <w:t>znanja</w:t>
            </w:r>
            <w:proofErr w:type="spellEnd"/>
          </w:p>
        </w:tc>
        <w:tc>
          <w:tcPr>
            <w:tcW w:w="1417" w:type="dxa"/>
            <w:shd w:val="clear" w:color="auto" w:fill="FFFFFF"/>
            <w:tcMar>
              <w:top w:w="90" w:type="dxa"/>
              <w:left w:w="90" w:type="dxa"/>
              <w:bottom w:w="90" w:type="dxa"/>
              <w:right w:w="90" w:type="dxa"/>
            </w:tcMar>
            <w:vAlign w:val="center"/>
          </w:tcPr>
          <w:p w14:paraId="42B7A73B"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8"/>
                <w:szCs w:val="24"/>
              </w:rPr>
              <w:t>3,79</w:t>
            </w:r>
          </w:p>
        </w:tc>
        <w:tc>
          <w:tcPr>
            <w:tcW w:w="1417" w:type="dxa"/>
            <w:shd w:val="clear" w:color="auto" w:fill="FFFFFF"/>
            <w:tcMar>
              <w:top w:w="90" w:type="dxa"/>
              <w:left w:w="90" w:type="dxa"/>
              <w:bottom w:w="90" w:type="dxa"/>
              <w:right w:w="90" w:type="dxa"/>
            </w:tcMar>
            <w:vAlign w:val="center"/>
          </w:tcPr>
          <w:p w14:paraId="1A9751C9"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8"/>
                <w:szCs w:val="24"/>
              </w:rPr>
              <w:t>1,05</w:t>
            </w:r>
          </w:p>
        </w:tc>
      </w:tr>
      <w:tr w:rsidR="00AB2BE3" w:rsidRPr="00CF3CD2" w14:paraId="08E732E9" w14:textId="77777777">
        <w:trPr>
          <w:cantSplit/>
          <w:jc w:val="center"/>
        </w:trPr>
        <w:tc>
          <w:tcPr>
            <w:tcW w:w="5953" w:type="dxa"/>
            <w:shd w:val="clear" w:color="auto" w:fill="F5F8FA"/>
            <w:tcMar>
              <w:top w:w="90" w:type="dxa"/>
              <w:left w:w="90" w:type="dxa"/>
              <w:bottom w:w="90" w:type="dxa"/>
              <w:right w:w="90" w:type="dxa"/>
            </w:tcMar>
            <w:vAlign w:val="center"/>
          </w:tcPr>
          <w:p w14:paraId="5D83C524" w14:textId="77777777" w:rsidR="00AB2BE3" w:rsidRPr="00CF3CD2" w:rsidRDefault="00681641">
            <w:pPr>
              <w:spacing w:after="0"/>
              <w:rPr>
                <w:rFonts w:ascii="Times New Roman" w:hAnsi="Times New Roman" w:cs="Times New Roman"/>
                <w:sz w:val="24"/>
                <w:szCs w:val="24"/>
              </w:rPr>
            </w:pPr>
            <w:proofErr w:type="spellStart"/>
            <w:r w:rsidRPr="00CF3CD2">
              <w:rPr>
                <w:rFonts w:cs="Times New Roman"/>
                <w:color w:val="1F1F1F"/>
                <w:sz w:val="18"/>
                <w:szCs w:val="24"/>
              </w:rPr>
              <w:t>Praktična</w:t>
            </w:r>
            <w:proofErr w:type="spellEnd"/>
            <w:r w:rsidRPr="00CF3CD2">
              <w:rPr>
                <w:rFonts w:cs="Times New Roman"/>
                <w:color w:val="1F1F1F"/>
                <w:sz w:val="18"/>
                <w:szCs w:val="24"/>
              </w:rPr>
              <w:t xml:space="preserve"> </w:t>
            </w:r>
            <w:proofErr w:type="spellStart"/>
            <w:r w:rsidRPr="00CF3CD2">
              <w:rPr>
                <w:rFonts w:cs="Times New Roman"/>
                <w:color w:val="1F1F1F"/>
                <w:sz w:val="18"/>
                <w:szCs w:val="24"/>
              </w:rPr>
              <w:t>znanja</w:t>
            </w:r>
            <w:proofErr w:type="spellEnd"/>
            <w:r w:rsidRPr="00CF3CD2">
              <w:rPr>
                <w:rFonts w:cs="Times New Roman"/>
                <w:color w:val="1F1F1F"/>
                <w:sz w:val="18"/>
                <w:szCs w:val="24"/>
              </w:rPr>
              <w:t xml:space="preserve"> i </w:t>
            </w:r>
            <w:proofErr w:type="spellStart"/>
            <w:r w:rsidRPr="00CF3CD2">
              <w:rPr>
                <w:rFonts w:cs="Times New Roman"/>
                <w:color w:val="1F1F1F"/>
                <w:sz w:val="18"/>
                <w:szCs w:val="24"/>
              </w:rPr>
              <w:t>vještine</w:t>
            </w:r>
            <w:proofErr w:type="spellEnd"/>
          </w:p>
        </w:tc>
        <w:tc>
          <w:tcPr>
            <w:tcW w:w="1417" w:type="dxa"/>
            <w:shd w:val="clear" w:color="auto" w:fill="F5F8FA"/>
            <w:tcMar>
              <w:top w:w="90" w:type="dxa"/>
              <w:left w:w="90" w:type="dxa"/>
              <w:bottom w:w="90" w:type="dxa"/>
              <w:right w:w="90" w:type="dxa"/>
            </w:tcMar>
            <w:vAlign w:val="center"/>
          </w:tcPr>
          <w:p w14:paraId="232EDC95"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8"/>
                <w:szCs w:val="24"/>
              </w:rPr>
              <w:t>3,71</w:t>
            </w:r>
          </w:p>
        </w:tc>
        <w:tc>
          <w:tcPr>
            <w:tcW w:w="1417" w:type="dxa"/>
            <w:shd w:val="clear" w:color="auto" w:fill="F5F8FA"/>
            <w:tcMar>
              <w:top w:w="90" w:type="dxa"/>
              <w:left w:w="90" w:type="dxa"/>
              <w:bottom w:w="90" w:type="dxa"/>
              <w:right w:w="90" w:type="dxa"/>
            </w:tcMar>
            <w:vAlign w:val="center"/>
          </w:tcPr>
          <w:p w14:paraId="57D10630"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8"/>
                <w:szCs w:val="24"/>
              </w:rPr>
              <w:t>0,73</w:t>
            </w:r>
          </w:p>
        </w:tc>
      </w:tr>
      <w:tr w:rsidR="00AB2BE3" w:rsidRPr="00CF3CD2" w14:paraId="2E1E204D" w14:textId="77777777">
        <w:trPr>
          <w:cantSplit/>
          <w:jc w:val="center"/>
        </w:trPr>
        <w:tc>
          <w:tcPr>
            <w:tcW w:w="5953" w:type="dxa"/>
            <w:shd w:val="clear" w:color="auto" w:fill="FFFFFF"/>
            <w:tcMar>
              <w:top w:w="90" w:type="dxa"/>
              <w:left w:w="90" w:type="dxa"/>
              <w:bottom w:w="90" w:type="dxa"/>
              <w:right w:w="90" w:type="dxa"/>
            </w:tcMar>
            <w:vAlign w:val="center"/>
          </w:tcPr>
          <w:p w14:paraId="2898D576" w14:textId="77777777" w:rsidR="00AB2BE3" w:rsidRPr="00CF3CD2" w:rsidRDefault="00681641">
            <w:pPr>
              <w:spacing w:after="0"/>
              <w:rPr>
                <w:rFonts w:ascii="Times New Roman" w:hAnsi="Times New Roman" w:cs="Times New Roman"/>
                <w:sz w:val="24"/>
                <w:szCs w:val="24"/>
              </w:rPr>
            </w:pPr>
            <w:r w:rsidRPr="00CF3CD2">
              <w:rPr>
                <w:rFonts w:cs="Times New Roman"/>
                <w:color w:val="1F1F1F"/>
                <w:sz w:val="18"/>
                <w:szCs w:val="24"/>
              </w:rPr>
              <w:t xml:space="preserve">Rad </w:t>
            </w:r>
            <w:proofErr w:type="spellStart"/>
            <w:r w:rsidRPr="00CF3CD2">
              <w:rPr>
                <w:rFonts w:cs="Times New Roman"/>
                <w:color w:val="1F1F1F"/>
                <w:sz w:val="18"/>
                <w:szCs w:val="24"/>
              </w:rPr>
              <w:t>na</w:t>
            </w:r>
            <w:proofErr w:type="spellEnd"/>
            <w:r w:rsidRPr="00CF3CD2">
              <w:rPr>
                <w:rFonts w:cs="Times New Roman"/>
                <w:color w:val="1F1F1F"/>
                <w:sz w:val="18"/>
                <w:szCs w:val="24"/>
              </w:rPr>
              <w:t xml:space="preserve"> </w:t>
            </w:r>
            <w:proofErr w:type="spellStart"/>
            <w:r w:rsidRPr="00CF3CD2">
              <w:rPr>
                <w:rFonts w:cs="Times New Roman"/>
                <w:color w:val="1F1F1F"/>
                <w:sz w:val="18"/>
                <w:szCs w:val="24"/>
              </w:rPr>
              <w:t>računalu</w:t>
            </w:r>
            <w:proofErr w:type="spellEnd"/>
          </w:p>
        </w:tc>
        <w:tc>
          <w:tcPr>
            <w:tcW w:w="1417" w:type="dxa"/>
            <w:shd w:val="clear" w:color="auto" w:fill="FFFFFF"/>
            <w:tcMar>
              <w:top w:w="90" w:type="dxa"/>
              <w:left w:w="90" w:type="dxa"/>
              <w:bottom w:w="90" w:type="dxa"/>
              <w:right w:w="90" w:type="dxa"/>
            </w:tcMar>
            <w:vAlign w:val="center"/>
          </w:tcPr>
          <w:p w14:paraId="0A41C7EB"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8"/>
                <w:szCs w:val="24"/>
              </w:rPr>
              <w:t>4,50</w:t>
            </w:r>
          </w:p>
        </w:tc>
        <w:tc>
          <w:tcPr>
            <w:tcW w:w="1417" w:type="dxa"/>
            <w:shd w:val="clear" w:color="auto" w:fill="FFFFFF"/>
            <w:tcMar>
              <w:top w:w="90" w:type="dxa"/>
              <w:left w:w="90" w:type="dxa"/>
              <w:bottom w:w="90" w:type="dxa"/>
              <w:right w:w="90" w:type="dxa"/>
            </w:tcMar>
            <w:vAlign w:val="center"/>
          </w:tcPr>
          <w:p w14:paraId="189F30C1"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8"/>
                <w:szCs w:val="24"/>
              </w:rPr>
              <w:t>0,52</w:t>
            </w:r>
          </w:p>
        </w:tc>
      </w:tr>
      <w:tr w:rsidR="00AB2BE3" w:rsidRPr="00CF3CD2" w14:paraId="0BA06544" w14:textId="77777777">
        <w:trPr>
          <w:cantSplit/>
          <w:jc w:val="center"/>
        </w:trPr>
        <w:tc>
          <w:tcPr>
            <w:tcW w:w="5953" w:type="dxa"/>
            <w:shd w:val="clear" w:color="auto" w:fill="F5F8FA"/>
            <w:tcMar>
              <w:top w:w="90" w:type="dxa"/>
              <w:left w:w="90" w:type="dxa"/>
              <w:bottom w:w="90" w:type="dxa"/>
              <w:right w:w="90" w:type="dxa"/>
            </w:tcMar>
            <w:vAlign w:val="center"/>
          </w:tcPr>
          <w:p w14:paraId="54C9E8B0" w14:textId="77777777" w:rsidR="00AB2BE3" w:rsidRPr="00CF3CD2" w:rsidRDefault="00681641">
            <w:pPr>
              <w:spacing w:after="0"/>
              <w:rPr>
                <w:rFonts w:ascii="Times New Roman" w:hAnsi="Times New Roman" w:cs="Times New Roman"/>
                <w:sz w:val="24"/>
                <w:szCs w:val="24"/>
              </w:rPr>
            </w:pPr>
            <w:proofErr w:type="spellStart"/>
            <w:r w:rsidRPr="00CF3CD2">
              <w:rPr>
                <w:rFonts w:cs="Times New Roman"/>
                <w:color w:val="1F1F1F"/>
                <w:sz w:val="18"/>
                <w:szCs w:val="24"/>
              </w:rPr>
              <w:t>Samostalnost</w:t>
            </w:r>
            <w:proofErr w:type="spellEnd"/>
            <w:r w:rsidRPr="00CF3CD2">
              <w:rPr>
                <w:rFonts w:cs="Times New Roman"/>
                <w:color w:val="1F1F1F"/>
                <w:sz w:val="18"/>
                <w:szCs w:val="24"/>
              </w:rPr>
              <w:t xml:space="preserve"> u </w:t>
            </w:r>
            <w:proofErr w:type="spellStart"/>
            <w:r w:rsidRPr="00CF3CD2">
              <w:rPr>
                <w:rFonts w:cs="Times New Roman"/>
                <w:color w:val="1F1F1F"/>
                <w:sz w:val="18"/>
                <w:szCs w:val="24"/>
              </w:rPr>
              <w:t>radu</w:t>
            </w:r>
            <w:proofErr w:type="spellEnd"/>
          </w:p>
        </w:tc>
        <w:tc>
          <w:tcPr>
            <w:tcW w:w="1417" w:type="dxa"/>
            <w:shd w:val="clear" w:color="auto" w:fill="F5F8FA"/>
            <w:tcMar>
              <w:top w:w="90" w:type="dxa"/>
              <w:left w:w="90" w:type="dxa"/>
              <w:bottom w:w="90" w:type="dxa"/>
              <w:right w:w="90" w:type="dxa"/>
            </w:tcMar>
            <w:vAlign w:val="center"/>
          </w:tcPr>
          <w:p w14:paraId="60F0830C"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8"/>
                <w:szCs w:val="24"/>
              </w:rPr>
              <w:t>3,64</w:t>
            </w:r>
          </w:p>
        </w:tc>
        <w:tc>
          <w:tcPr>
            <w:tcW w:w="1417" w:type="dxa"/>
            <w:shd w:val="clear" w:color="auto" w:fill="F5F8FA"/>
            <w:tcMar>
              <w:top w:w="90" w:type="dxa"/>
              <w:left w:w="90" w:type="dxa"/>
              <w:bottom w:w="90" w:type="dxa"/>
              <w:right w:w="90" w:type="dxa"/>
            </w:tcMar>
            <w:vAlign w:val="center"/>
          </w:tcPr>
          <w:p w14:paraId="05E05EC5"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8"/>
                <w:szCs w:val="24"/>
              </w:rPr>
              <w:t>0,84</w:t>
            </w:r>
          </w:p>
        </w:tc>
      </w:tr>
      <w:tr w:rsidR="00AB2BE3" w:rsidRPr="00CF3CD2" w14:paraId="3985274E" w14:textId="77777777">
        <w:trPr>
          <w:cantSplit/>
          <w:jc w:val="center"/>
        </w:trPr>
        <w:tc>
          <w:tcPr>
            <w:tcW w:w="5953" w:type="dxa"/>
            <w:shd w:val="clear" w:color="auto" w:fill="FFFFFF"/>
            <w:tcMar>
              <w:top w:w="90" w:type="dxa"/>
              <w:left w:w="90" w:type="dxa"/>
              <w:bottom w:w="90" w:type="dxa"/>
              <w:right w:w="90" w:type="dxa"/>
            </w:tcMar>
            <w:vAlign w:val="center"/>
          </w:tcPr>
          <w:p w14:paraId="23598FF0" w14:textId="77777777" w:rsidR="00AB2BE3" w:rsidRPr="00CF3CD2" w:rsidRDefault="00681641">
            <w:pPr>
              <w:spacing w:after="0"/>
              <w:rPr>
                <w:rFonts w:ascii="Times New Roman" w:hAnsi="Times New Roman" w:cs="Times New Roman"/>
                <w:sz w:val="24"/>
                <w:szCs w:val="24"/>
              </w:rPr>
            </w:pPr>
            <w:r w:rsidRPr="00CF3CD2">
              <w:rPr>
                <w:rFonts w:cs="Times New Roman"/>
                <w:color w:val="1F1F1F"/>
                <w:sz w:val="18"/>
                <w:szCs w:val="24"/>
              </w:rPr>
              <w:t xml:space="preserve">Rad u </w:t>
            </w:r>
            <w:proofErr w:type="spellStart"/>
            <w:r w:rsidRPr="00CF3CD2">
              <w:rPr>
                <w:rFonts w:cs="Times New Roman"/>
                <w:color w:val="1F1F1F"/>
                <w:sz w:val="18"/>
                <w:szCs w:val="24"/>
              </w:rPr>
              <w:t>timu</w:t>
            </w:r>
            <w:proofErr w:type="spellEnd"/>
          </w:p>
        </w:tc>
        <w:tc>
          <w:tcPr>
            <w:tcW w:w="1417" w:type="dxa"/>
            <w:shd w:val="clear" w:color="auto" w:fill="FFFFFF"/>
            <w:tcMar>
              <w:top w:w="90" w:type="dxa"/>
              <w:left w:w="90" w:type="dxa"/>
              <w:bottom w:w="90" w:type="dxa"/>
              <w:right w:w="90" w:type="dxa"/>
            </w:tcMar>
            <w:vAlign w:val="center"/>
          </w:tcPr>
          <w:p w14:paraId="3DF3A070"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8"/>
                <w:szCs w:val="24"/>
              </w:rPr>
              <w:t>4,36</w:t>
            </w:r>
          </w:p>
        </w:tc>
        <w:tc>
          <w:tcPr>
            <w:tcW w:w="1417" w:type="dxa"/>
            <w:shd w:val="clear" w:color="auto" w:fill="FFFFFF"/>
            <w:tcMar>
              <w:top w:w="90" w:type="dxa"/>
              <w:left w:w="90" w:type="dxa"/>
              <w:bottom w:w="90" w:type="dxa"/>
              <w:right w:w="90" w:type="dxa"/>
            </w:tcMar>
            <w:vAlign w:val="center"/>
          </w:tcPr>
          <w:p w14:paraId="465EAFA5"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8"/>
                <w:szCs w:val="24"/>
              </w:rPr>
              <w:t>0,63</w:t>
            </w:r>
          </w:p>
        </w:tc>
      </w:tr>
      <w:tr w:rsidR="00AB2BE3" w:rsidRPr="00CF3CD2" w14:paraId="54095390" w14:textId="77777777">
        <w:trPr>
          <w:cantSplit/>
          <w:jc w:val="center"/>
        </w:trPr>
        <w:tc>
          <w:tcPr>
            <w:tcW w:w="5953" w:type="dxa"/>
            <w:shd w:val="clear" w:color="auto" w:fill="F5F8FA"/>
            <w:tcMar>
              <w:top w:w="90" w:type="dxa"/>
              <w:left w:w="90" w:type="dxa"/>
              <w:bottom w:w="90" w:type="dxa"/>
              <w:right w:w="90" w:type="dxa"/>
            </w:tcMar>
            <w:vAlign w:val="center"/>
          </w:tcPr>
          <w:p w14:paraId="4441B76C" w14:textId="77777777" w:rsidR="00AB2BE3" w:rsidRPr="00CF3CD2" w:rsidRDefault="00681641">
            <w:pPr>
              <w:spacing w:after="0"/>
              <w:rPr>
                <w:rFonts w:ascii="Times New Roman" w:hAnsi="Times New Roman" w:cs="Times New Roman"/>
                <w:sz w:val="24"/>
                <w:szCs w:val="24"/>
              </w:rPr>
            </w:pPr>
            <w:proofErr w:type="spellStart"/>
            <w:r w:rsidRPr="00CF3CD2">
              <w:rPr>
                <w:rFonts w:cs="Times New Roman"/>
                <w:b/>
                <w:color w:val="1F1F1F"/>
                <w:sz w:val="18"/>
                <w:szCs w:val="24"/>
              </w:rPr>
              <w:t>Ukupno</w:t>
            </w:r>
            <w:proofErr w:type="spellEnd"/>
          </w:p>
        </w:tc>
        <w:tc>
          <w:tcPr>
            <w:tcW w:w="1417" w:type="dxa"/>
            <w:shd w:val="clear" w:color="auto" w:fill="F5F8FA"/>
            <w:tcMar>
              <w:top w:w="90" w:type="dxa"/>
              <w:left w:w="90" w:type="dxa"/>
              <w:bottom w:w="90" w:type="dxa"/>
              <w:right w:w="90" w:type="dxa"/>
            </w:tcMar>
            <w:vAlign w:val="center"/>
          </w:tcPr>
          <w:p w14:paraId="28268D24" w14:textId="77777777" w:rsidR="00AB2BE3" w:rsidRPr="00CF3CD2" w:rsidRDefault="00681641">
            <w:pPr>
              <w:spacing w:after="0"/>
              <w:jc w:val="center"/>
              <w:rPr>
                <w:rFonts w:ascii="Times New Roman" w:hAnsi="Times New Roman" w:cs="Times New Roman"/>
                <w:sz w:val="24"/>
                <w:szCs w:val="24"/>
              </w:rPr>
            </w:pPr>
            <w:r w:rsidRPr="00CF3CD2">
              <w:rPr>
                <w:rFonts w:cs="Times New Roman"/>
                <w:b/>
                <w:color w:val="1F1F1F"/>
                <w:sz w:val="18"/>
                <w:szCs w:val="24"/>
              </w:rPr>
              <w:t>3,99</w:t>
            </w:r>
          </w:p>
        </w:tc>
        <w:tc>
          <w:tcPr>
            <w:tcW w:w="1417" w:type="dxa"/>
            <w:shd w:val="clear" w:color="auto" w:fill="F5F8FA"/>
            <w:tcMar>
              <w:top w:w="90" w:type="dxa"/>
              <w:left w:w="90" w:type="dxa"/>
              <w:bottom w:w="90" w:type="dxa"/>
              <w:right w:w="90" w:type="dxa"/>
            </w:tcMar>
            <w:vAlign w:val="center"/>
          </w:tcPr>
          <w:p w14:paraId="6A016EEC" w14:textId="77777777" w:rsidR="00AB2BE3" w:rsidRPr="00CF3CD2" w:rsidRDefault="00681641">
            <w:pPr>
              <w:spacing w:after="0"/>
              <w:jc w:val="center"/>
              <w:rPr>
                <w:rFonts w:ascii="Times New Roman" w:hAnsi="Times New Roman" w:cs="Times New Roman"/>
                <w:sz w:val="24"/>
                <w:szCs w:val="24"/>
              </w:rPr>
            </w:pPr>
            <w:r w:rsidRPr="00CF3CD2">
              <w:rPr>
                <w:rFonts w:cs="Times New Roman"/>
                <w:b/>
                <w:color w:val="1F1F1F"/>
                <w:sz w:val="18"/>
                <w:szCs w:val="24"/>
              </w:rPr>
              <w:t>0,86</w:t>
            </w:r>
          </w:p>
        </w:tc>
      </w:tr>
    </w:tbl>
    <w:p w14:paraId="04D79083" w14:textId="77777777" w:rsidR="00AB2BE3" w:rsidRPr="00CF3CD2" w:rsidRDefault="00AB2BE3">
      <w:pPr>
        <w:spacing w:after="20"/>
        <w:rPr>
          <w:rFonts w:ascii="Times New Roman" w:hAnsi="Times New Roman" w:cs="Times New Roman"/>
          <w:sz w:val="24"/>
          <w:szCs w:val="24"/>
        </w:rPr>
      </w:pPr>
    </w:p>
    <w:p w14:paraId="5CCF92DB" w14:textId="0CB3491D" w:rsidR="00AB2BE3" w:rsidRPr="00CF3CD2" w:rsidRDefault="00B878BB">
      <w:pPr>
        <w:jc w:val="center"/>
        <w:rPr>
          <w:rFonts w:ascii="Times New Roman" w:hAnsi="Times New Roman" w:cs="Times New Roman"/>
          <w:sz w:val="24"/>
          <w:szCs w:val="24"/>
        </w:rPr>
      </w:pPr>
      <w:r w:rsidRPr="00CF3CD2">
        <w:rPr>
          <w:rFonts w:ascii="Times New Roman" w:hAnsi="Times New Roman" w:cs="Times New Roman"/>
          <w:noProof/>
          <w:sz w:val="24"/>
          <w:szCs w:val="24"/>
        </w:rPr>
        <w:lastRenderedPageBreak/>
        <w:drawing>
          <wp:anchor distT="0" distB="0" distL="114300" distR="114300" simplePos="0" relativeHeight="251658240" behindDoc="1" locked="0" layoutInCell="1" allowOverlap="1" wp14:anchorId="2B53D2E2" wp14:editId="3D654039">
            <wp:simplePos x="0" y="0"/>
            <wp:positionH relativeFrom="margin">
              <wp:align>center</wp:align>
            </wp:positionH>
            <wp:positionV relativeFrom="paragraph">
              <wp:posOffset>467360</wp:posOffset>
            </wp:positionV>
            <wp:extent cx="5760000" cy="3137718"/>
            <wp:effectExtent l="0" t="0" r="0" b="5715"/>
            <wp:wrapTight wrapText="bothSides">
              <wp:wrapPolygon edited="0">
                <wp:start x="0" y="0"/>
                <wp:lineTo x="0" y="21508"/>
                <wp:lineTo x="21505" y="21508"/>
                <wp:lineTo x="21505" y="0"/>
                <wp:lineTo x="0" y="0"/>
              </wp:wrapPolygon>
            </wp:wrapTight>
            <wp:docPr id="1" name="Picture 1" descr="Vodoravni stupčasti grafikon prosječnih ocjena sedam kompetencija studenata, od 3,64 za samostalnost do 4,50 za rad na računalu." title="Vodoravni stupčasti grafikon prosječnih ocjena sedam kompetencija studenata, od 3,64 za samostalnost do 4,50 za rad na računa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mpetencije.png"/>
                    <pic:cNvPicPr/>
                  </pic:nvPicPr>
                  <pic:blipFill>
                    <a:blip r:embed="rId8"/>
                    <a:stretch>
                      <a:fillRect/>
                    </a:stretch>
                  </pic:blipFill>
                  <pic:spPr>
                    <a:xfrm>
                      <a:off x="0" y="0"/>
                      <a:ext cx="5760000" cy="3137718"/>
                    </a:xfrm>
                    <a:prstGeom prst="rect">
                      <a:avLst/>
                    </a:prstGeom>
                  </pic:spPr>
                </pic:pic>
              </a:graphicData>
            </a:graphic>
          </wp:anchor>
        </w:drawing>
      </w:r>
    </w:p>
    <w:p w14:paraId="2241CE47" w14:textId="63B75E8E" w:rsidR="00AB2BE3" w:rsidRPr="00CF3CD2" w:rsidRDefault="00681641">
      <w:pPr>
        <w:pStyle w:val="Caption"/>
        <w:jc w:val="center"/>
        <w:rPr>
          <w:rFonts w:ascii="Times New Roman" w:hAnsi="Times New Roman" w:cs="Times New Roman"/>
          <w:sz w:val="24"/>
          <w:szCs w:val="24"/>
        </w:rPr>
      </w:pPr>
      <w:proofErr w:type="spellStart"/>
      <w:r w:rsidRPr="00CF3CD2">
        <w:rPr>
          <w:rFonts w:ascii="Times New Roman" w:hAnsi="Times New Roman" w:cs="Times New Roman"/>
          <w:b w:val="0"/>
          <w:i/>
          <w:color w:val="1F1F1F"/>
          <w:sz w:val="24"/>
          <w:szCs w:val="24"/>
        </w:rPr>
        <w:t>Slika</w:t>
      </w:r>
      <w:proofErr w:type="spellEnd"/>
      <w:r w:rsidRPr="00CF3CD2">
        <w:rPr>
          <w:rFonts w:ascii="Times New Roman" w:hAnsi="Times New Roman" w:cs="Times New Roman"/>
          <w:b w:val="0"/>
          <w:i/>
          <w:color w:val="1F1F1F"/>
          <w:sz w:val="24"/>
          <w:szCs w:val="24"/>
        </w:rPr>
        <w:t xml:space="preserve"> 1. </w:t>
      </w:r>
      <w:proofErr w:type="spellStart"/>
      <w:r w:rsidRPr="00CF3CD2">
        <w:rPr>
          <w:rFonts w:ascii="Times New Roman" w:hAnsi="Times New Roman" w:cs="Times New Roman"/>
          <w:b w:val="0"/>
          <w:i/>
          <w:color w:val="1F1F1F"/>
          <w:sz w:val="24"/>
          <w:szCs w:val="24"/>
        </w:rPr>
        <w:t>Prosječne</w:t>
      </w:r>
      <w:proofErr w:type="spellEnd"/>
      <w:r w:rsidRPr="00CF3CD2">
        <w:rPr>
          <w:rFonts w:ascii="Times New Roman" w:hAnsi="Times New Roman" w:cs="Times New Roman"/>
          <w:b w:val="0"/>
          <w:i/>
          <w:color w:val="1F1F1F"/>
          <w:sz w:val="24"/>
          <w:szCs w:val="24"/>
        </w:rPr>
        <w:t xml:space="preserve"> </w:t>
      </w:r>
      <w:proofErr w:type="spellStart"/>
      <w:r w:rsidRPr="00CF3CD2">
        <w:rPr>
          <w:rFonts w:ascii="Times New Roman" w:hAnsi="Times New Roman" w:cs="Times New Roman"/>
          <w:b w:val="0"/>
          <w:i/>
          <w:color w:val="1F1F1F"/>
          <w:sz w:val="24"/>
          <w:szCs w:val="24"/>
        </w:rPr>
        <w:t>ocjene</w:t>
      </w:r>
      <w:proofErr w:type="spellEnd"/>
      <w:r w:rsidRPr="00CF3CD2">
        <w:rPr>
          <w:rFonts w:ascii="Times New Roman" w:hAnsi="Times New Roman" w:cs="Times New Roman"/>
          <w:b w:val="0"/>
          <w:i/>
          <w:color w:val="1F1F1F"/>
          <w:sz w:val="24"/>
          <w:szCs w:val="24"/>
        </w:rPr>
        <w:t xml:space="preserve"> </w:t>
      </w:r>
      <w:proofErr w:type="spellStart"/>
      <w:r w:rsidRPr="00CF3CD2">
        <w:rPr>
          <w:rFonts w:ascii="Times New Roman" w:hAnsi="Times New Roman" w:cs="Times New Roman"/>
          <w:b w:val="0"/>
          <w:i/>
          <w:color w:val="1F1F1F"/>
          <w:sz w:val="24"/>
          <w:szCs w:val="24"/>
        </w:rPr>
        <w:t>kompetencija</w:t>
      </w:r>
      <w:proofErr w:type="spellEnd"/>
      <w:r w:rsidRPr="00CF3CD2">
        <w:rPr>
          <w:rFonts w:ascii="Times New Roman" w:hAnsi="Times New Roman" w:cs="Times New Roman"/>
          <w:b w:val="0"/>
          <w:i/>
          <w:color w:val="1F1F1F"/>
          <w:sz w:val="24"/>
          <w:szCs w:val="24"/>
        </w:rPr>
        <w:t xml:space="preserve"> </w:t>
      </w:r>
      <w:proofErr w:type="spellStart"/>
      <w:r w:rsidRPr="00CF3CD2">
        <w:rPr>
          <w:rFonts w:ascii="Times New Roman" w:hAnsi="Times New Roman" w:cs="Times New Roman"/>
          <w:b w:val="0"/>
          <w:i/>
          <w:color w:val="1F1F1F"/>
          <w:sz w:val="24"/>
          <w:szCs w:val="24"/>
        </w:rPr>
        <w:t>studenata</w:t>
      </w:r>
      <w:proofErr w:type="spellEnd"/>
    </w:p>
    <w:p w14:paraId="50484585" w14:textId="77777777" w:rsidR="00B878BB" w:rsidRDefault="00B878BB" w:rsidP="00CF3CD2">
      <w:pPr>
        <w:jc w:val="both"/>
        <w:rPr>
          <w:rFonts w:ascii="Times New Roman" w:hAnsi="Times New Roman" w:cs="Times New Roman"/>
          <w:sz w:val="24"/>
          <w:szCs w:val="24"/>
        </w:rPr>
      </w:pPr>
    </w:p>
    <w:p w14:paraId="519330CA" w14:textId="705D8F1D" w:rsidR="00AB2BE3" w:rsidRPr="00CF3CD2" w:rsidRDefault="00681641" w:rsidP="00CF3CD2">
      <w:pPr>
        <w:jc w:val="both"/>
        <w:rPr>
          <w:rFonts w:ascii="Times New Roman" w:hAnsi="Times New Roman" w:cs="Times New Roman"/>
          <w:sz w:val="24"/>
          <w:szCs w:val="24"/>
        </w:rPr>
      </w:pPr>
      <w:proofErr w:type="spellStart"/>
      <w:r w:rsidRPr="00CF3CD2">
        <w:rPr>
          <w:rFonts w:ascii="Times New Roman" w:hAnsi="Times New Roman" w:cs="Times New Roman"/>
          <w:sz w:val="24"/>
          <w:szCs w:val="24"/>
        </w:rPr>
        <w:t>Najvišu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prosječnu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ocjenu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dobili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su</w:t>
      </w:r>
      <w:proofErr w:type="spellEnd"/>
      <w:r w:rsidRPr="00CF3CD2">
        <w:rPr>
          <w:rFonts w:ascii="Times New Roman" w:hAnsi="Times New Roman" w:cs="Times New Roman"/>
          <w:sz w:val="24"/>
          <w:szCs w:val="24"/>
        </w:rPr>
        <w:t xml:space="preserve"> rad </w:t>
      </w:r>
      <w:proofErr w:type="spellStart"/>
      <w:r w:rsidRPr="00CF3CD2">
        <w:rPr>
          <w:rFonts w:ascii="Times New Roman" w:hAnsi="Times New Roman" w:cs="Times New Roman"/>
          <w:sz w:val="24"/>
          <w:szCs w:val="24"/>
        </w:rPr>
        <w:t>na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računalu</w:t>
      </w:r>
      <w:proofErr w:type="spellEnd"/>
      <w:r w:rsidRPr="00CF3CD2">
        <w:rPr>
          <w:rFonts w:ascii="Times New Roman" w:hAnsi="Times New Roman" w:cs="Times New Roman"/>
          <w:sz w:val="24"/>
          <w:szCs w:val="24"/>
        </w:rPr>
        <w:t xml:space="preserve"> (M = 4,50) i rad u </w:t>
      </w:r>
      <w:proofErr w:type="spellStart"/>
      <w:r w:rsidRPr="00CF3CD2">
        <w:rPr>
          <w:rFonts w:ascii="Times New Roman" w:hAnsi="Times New Roman" w:cs="Times New Roman"/>
          <w:sz w:val="24"/>
          <w:szCs w:val="24"/>
        </w:rPr>
        <w:t>timu</w:t>
      </w:r>
      <w:proofErr w:type="spellEnd"/>
      <w:r w:rsidRPr="00CF3CD2">
        <w:rPr>
          <w:rFonts w:ascii="Times New Roman" w:hAnsi="Times New Roman" w:cs="Times New Roman"/>
          <w:sz w:val="24"/>
          <w:szCs w:val="24"/>
        </w:rPr>
        <w:t xml:space="preserve"> (M = 4,36). </w:t>
      </w:r>
      <w:proofErr w:type="spellStart"/>
      <w:r w:rsidRPr="00CF3CD2">
        <w:rPr>
          <w:rFonts w:ascii="Times New Roman" w:hAnsi="Times New Roman" w:cs="Times New Roman"/>
          <w:sz w:val="24"/>
          <w:szCs w:val="24"/>
        </w:rPr>
        <w:t>Osposobljenost</w:t>
      </w:r>
      <w:proofErr w:type="spellEnd"/>
      <w:r w:rsidRPr="00CF3CD2">
        <w:rPr>
          <w:rFonts w:ascii="Times New Roman" w:hAnsi="Times New Roman" w:cs="Times New Roman"/>
          <w:sz w:val="24"/>
          <w:szCs w:val="24"/>
        </w:rPr>
        <w:t xml:space="preserve"> za </w:t>
      </w:r>
      <w:proofErr w:type="spellStart"/>
      <w:r w:rsidRPr="00CF3CD2">
        <w:rPr>
          <w:rFonts w:ascii="Times New Roman" w:hAnsi="Times New Roman" w:cs="Times New Roman"/>
          <w:sz w:val="24"/>
          <w:szCs w:val="24"/>
        </w:rPr>
        <w:t>praksu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također</w:t>
      </w:r>
      <w:proofErr w:type="spellEnd"/>
      <w:r w:rsidRPr="00CF3CD2">
        <w:rPr>
          <w:rFonts w:ascii="Times New Roman" w:hAnsi="Times New Roman" w:cs="Times New Roman"/>
          <w:sz w:val="24"/>
          <w:szCs w:val="24"/>
        </w:rPr>
        <w:t xml:space="preserve"> je </w:t>
      </w:r>
      <w:proofErr w:type="spellStart"/>
      <w:r w:rsidRPr="00CF3CD2">
        <w:rPr>
          <w:rFonts w:ascii="Times New Roman" w:hAnsi="Times New Roman" w:cs="Times New Roman"/>
          <w:sz w:val="24"/>
          <w:szCs w:val="24"/>
        </w:rPr>
        <w:t>ocijenjena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visoko</w:t>
      </w:r>
      <w:proofErr w:type="spellEnd"/>
      <w:r w:rsidRPr="00CF3CD2">
        <w:rPr>
          <w:rFonts w:ascii="Times New Roman" w:hAnsi="Times New Roman" w:cs="Times New Roman"/>
          <w:sz w:val="24"/>
          <w:szCs w:val="24"/>
        </w:rPr>
        <w:t xml:space="preserve"> (M = 4,00). </w:t>
      </w:r>
      <w:proofErr w:type="spellStart"/>
      <w:r w:rsidRPr="00CF3CD2">
        <w:rPr>
          <w:rFonts w:ascii="Times New Roman" w:hAnsi="Times New Roman" w:cs="Times New Roman"/>
          <w:sz w:val="24"/>
          <w:szCs w:val="24"/>
        </w:rPr>
        <w:t>Relativno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najniže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iako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još</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uvijek</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iznad</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sredine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ljestvice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ocijenjeni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samostalnost</w:t>
      </w:r>
      <w:proofErr w:type="spellEnd"/>
      <w:r w:rsidRPr="00CF3CD2">
        <w:rPr>
          <w:rFonts w:ascii="Times New Roman" w:hAnsi="Times New Roman" w:cs="Times New Roman"/>
          <w:sz w:val="24"/>
          <w:szCs w:val="24"/>
        </w:rPr>
        <w:t xml:space="preserve"> u </w:t>
      </w:r>
      <w:proofErr w:type="spellStart"/>
      <w:r w:rsidRPr="00CF3CD2">
        <w:rPr>
          <w:rFonts w:ascii="Times New Roman" w:hAnsi="Times New Roman" w:cs="Times New Roman"/>
          <w:sz w:val="24"/>
          <w:szCs w:val="24"/>
        </w:rPr>
        <w:t>radu</w:t>
      </w:r>
      <w:proofErr w:type="spellEnd"/>
      <w:r w:rsidRPr="00CF3CD2">
        <w:rPr>
          <w:rFonts w:ascii="Times New Roman" w:hAnsi="Times New Roman" w:cs="Times New Roman"/>
          <w:sz w:val="24"/>
          <w:szCs w:val="24"/>
        </w:rPr>
        <w:t xml:space="preserve"> (M = 3,64), </w:t>
      </w:r>
      <w:proofErr w:type="spellStart"/>
      <w:r w:rsidRPr="00CF3CD2">
        <w:rPr>
          <w:rFonts w:ascii="Times New Roman" w:hAnsi="Times New Roman" w:cs="Times New Roman"/>
          <w:sz w:val="24"/>
          <w:szCs w:val="24"/>
        </w:rPr>
        <w:t>praktična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znanja</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vještine</w:t>
      </w:r>
      <w:proofErr w:type="spellEnd"/>
      <w:r w:rsidRPr="00CF3CD2">
        <w:rPr>
          <w:rFonts w:ascii="Times New Roman" w:hAnsi="Times New Roman" w:cs="Times New Roman"/>
          <w:sz w:val="24"/>
          <w:szCs w:val="24"/>
        </w:rPr>
        <w:t xml:space="preserve"> (M = 3,71) </w:t>
      </w:r>
      <w:proofErr w:type="spellStart"/>
      <w:r w:rsidRPr="00CF3CD2">
        <w:rPr>
          <w:rFonts w:ascii="Times New Roman" w:hAnsi="Times New Roman" w:cs="Times New Roman"/>
          <w:sz w:val="24"/>
          <w:szCs w:val="24"/>
        </w:rPr>
        <w:t>te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teorijska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znanja</w:t>
      </w:r>
      <w:proofErr w:type="spellEnd"/>
      <w:r w:rsidRPr="00CF3CD2">
        <w:rPr>
          <w:rFonts w:ascii="Times New Roman" w:hAnsi="Times New Roman" w:cs="Times New Roman"/>
          <w:sz w:val="24"/>
          <w:szCs w:val="24"/>
        </w:rPr>
        <w:t xml:space="preserve"> (M = 3,79). </w:t>
      </w:r>
      <w:proofErr w:type="spellStart"/>
      <w:r w:rsidRPr="00CF3CD2">
        <w:rPr>
          <w:rFonts w:ascii="Times New Roman" w:hAnsi="Times New Roman" w:cs="Times New Roman"/>
          <w:sz w:val="24"/>
          <w:szCs w:val="24"/>
        </w:rPr>
        <w:t>Najveća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raspršenost</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odgovora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zabilježena</w:t>
      </w:r>
      <w:proofErr w:type="spellEnd"/>
      <w:r w:rsidRPr="00CF3CD2">
        <w:rPr>
          <w:rFonts w:ascii="Times New Roman" w:hAnsi="Times New Roman" w:cs="Times New Roman"/>
          <w:sz w:val="24"/>
          <w:szCs w:val="24"/>
        </w:rPr>
        <w:t xml:space="preserve"> je </w:t>
      </w:r>
      <w:proofErr w:type="spellStart"/>
      <w:r w:rsidRPr="00CF3CD2">
        <w:rPr>
          <w:rFonts w:ascii="Times New Roman" w:hAnsi="Times New Roman" w:cs="Times New Roman"/>
          <w:sz w:val="24"/>
          <w:szCs w:val="24"/>
        </w:rPr>
        <w:t>kod</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motivacije</w:t>
      </w:r>
      <w:proofErr w:type="spellEnd"/>
      <w:r w:rsidRPr="00CF3CD2">
        <w:rPr>
          <w:rFonts w:ascii="Times New Roman" w:hAnsi="Times New Roman" w:cs="Times New Roman"/>
          <w:sz w:val="24"/>
          <w:szCs w:val="24"/>
        </w:rPr>
        <w:t xml:space="preserve"> za rad (SD = 1,07) i </w:t>
      </w:r>
      <w:proofErr w:type="spellStart"/>
      <w:r w:rsidRPr="00CF3CD2">
        <w:rPr>
          <w:rFonts w:ascii="Times New Roman" w:hAnsi="Times New Roman" w:cs="Times New Roman"/>
          <w:sz w:val="24"/>
          <w:szCs w:val="24"/>
        </w:rPr>
        <w:t>teorijskih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znanja</w:t>
      </w:r>
      <w:proofErr w:type="spellEnd"/>
      <w:r w:rsidRPr="00CF3CD2">
        <w:rPr>
          <w:rFonts w:ascii="Times New Roman" w:hAnsi="Times New Roman" w:cs="Times New Roman"/>
          <w:sz w:val="24"/>
          <w:szCs w:val="24"/>
        </w:rPr>
        <w:t xml:space="preserve"> (SD = 1,05), </w:t>
      </w:r>
      <w:proofErr w:type="spellStart"/>
      <w:r w:rsidRPr="00CF3CD2">
        <w:rPr>
          <w:rFonts w:ascii="Times New Roman" w:hAnsi="Times New Roman" w:cs="Times New Roman"/>
          <w:sz w:val="24"/>
          <w:szCs w:val="24"/>
        </w:rPr>
        <w:t>što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pokazuje</w:t>
      </w:r>
      <w:proofErr w:type="spellEnd"/>
      <w:r w:rsidRPr="00CF3CD2">
        <w:rPr>
          <w:rFonts w:ascii="Times New Roman" w:hAnsi="Times New Roman" w:cs="Times New Roman"/>
          <w:sz w:val="24"/>
          <w:szCs w:val="24"/>
        </w:rPr>
        <w:t xml:space="preserve"> da </w:t>
      </w:r>
      <w:proofErr w:type="spellStart"/>
      <w:r w:rsidRPr="00CF3CD2">
        <w:rPr>
          <w:rFonts w:ascii="Times New Roman" w:hAnsi="Times New Roman" w:cs="Times New Roman"/>
          <w:sz w:val="24"/>
          <w:szCs w:val="24"/>
        </w:rPr>
        <w:t>iskustva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nisu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jednaka</w:t>
      </w:r>
      <w:proofErr w:type="spellEnd"/>
      <w:r w:rsidRPr="00CF3CD2">
        <w:rPr>
          <w:rFonts w:ascii="Times New Roman" w:hAnsi="Times New Roman" w:cs="Times New Roman"/>
          <w:sz w:val="24"/>
          <w:szCs w:val="24"/>
        </w:rPr>
        <w:t xml:space="preserve"> u </w:t>
      </w:r>
      <w:proofErr w:type="spellStart"/>
      <w:r w:rsidRPr="00CF3CD2">
        <w:rPr>
          <w:rFonts w:ascii="Times New Roman" w:hAnsi="Times New Roman" w:cs="Times New Roman"/>
          <w:sz w:val="24"/>
          <w:szCs w:val="24"/>
        </w:rPr>
        <w:t>svim</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ustanovama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ili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skupinama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studenata</w:t>
      </w:r>
      <w:proofErr w:type="spellEnd"/>
      <w:r w:rsidRPr="00CF3CD2">
        <w:rPr>
          <w:rFonts w:ascii="Times New Roman" w:hAnsi="Times New Roman" w:cs="Times New Roman"/>
          <w:sz w:val="24"/>
          <w:szCs w:val="24"/>
        </w:rPr>
        <w:t>.</w:t>
      </w:r>
    </w:p>
    <w:p w14:paraId="16C39BAA" w14:textId="728F0DFB" w:rsidR="00CF3CD2" w:rsidRPr="00CF3CD2" w:rsidRDefault="00CF3CD2" w:rsidP="00CF3CD2">
      <w:pPr>
        <w:pStyle w:val="Heading2"/>
        <w:jc w:val="both"/>
        <w:rPr>
          <w:rFonts w:ascii="Times New Roman" w:hAnsi="Times New Roman" w:cs="Times New Roman"/>
          <w:szCs w:val="24"/>
          <w:lang w:val="hr-HR"/>
        </w:rPr>
      </w:pPr>
      <w:r w:rsidRPr="00CF3CD2">
        <w:rPr>
          <w:rFonts w:ascii="Times New Roman" w:hAnsi="Times New Roman" w:cs="Times New Roman"/>
          <w:szCs w:val="24"/>
          <w:lang w:val="hr-HR"/>
        </w:rPr>
        <w:t>3.1. Rezultati prema ustanovama</w:t>
      </w:r>
    </w:p>
    <w:p w14:paraId="693779E9" w14:textId="11092E71" w:rsidR="00CF3CD2" w:rsidRPr="00CF3CD2" w:rsidRDefault="00CF3CD2" w:rsidP="00CF3CD2">
      <w:pPr>
        <w:jc w:val="both"/>
        <w:rPr>
          <w:rFonts w:ascii="Times New Roman" w:hAnsi="Times New Roman" w:cs="Times New Roman"/>
          <w:sz w:val="24"/>
          <w:szCs w:val="24"/>
          <w:lang w:val="hr-HR"/>
        </w:rPr>
      </w:pPr>
      <w:r w:rsidRPr="00CF3CD2">
        <w:rPr>
          <w:rFonts w:ascii="Times New Roman" w:hAnsi="Times New Roman" w:cs="Times New Roman"/>
          <w:sz w:val="24"/>
          <w:szCs w:val="24"/>
          <w:lang w:val="hr-HR"/>
        </w:rPr>
        <w:t>Promatrano prema pojedinačnim anketnim odgovorima, najviša ukupna prosječna ocjena studentskih kompetencija zabilježena je u Općoj bolnici „Dr. Ivo Pedišić“ Sisak (M = 5,00). U toj su ustanovi sva procjenjivana područja – osposobljenost za praksu, motivacija za rad, teorijska i praktična znanja, rad na računalu, samostalnost te timski rad – ocijenjena najvišom ocjenom.</w:t>
      </w:r>
    </w:p>
    <w:p w14:paraId="104CBF7B" w14:textId="77777777" w:rsidR="00CF3CD2" w:rsidRPr="00CF3CD2" w:rsidRDefault="00CF3CD2" w:rsidP="00CF3CD2">
      <w:pPr>
        <w:jc w:val="both"/>
        <w:rPr>
          <w:rFonts w:ascii="Times New Roman" w:hAnsi="Times New Roman" w:cs="Times New Roman"/>
          <w:sz w:val="24"/>
          <w:szCs w:val="24"/>
          <w:lang w:val="hr-HR"/>
        </w:rPr>
      </w:pPr>
      <w:r w:rsidRPr="00CF3CD2">
        <w:rPr>
          <w:rFonts w:ascii="Times New Roman" w:hAnsi="Times New Roman" w:cs="Times New Roman"/>
          <w:sz w:val="24"/>
          <w:szCs w:val="24"/>
          <w:lang w:val="hr-HR"/>
        </w:rPr>
        <w:t>Najniža ukupna prosječna ocjena zabilježena je u Košarkaškom klubu Dinamo Zagreb (M = 2,71). U toj su ustanovi niže ocijenjeni osposobljenost studenata za praksu, motivacija, teorijska znanja i samostalnost u radu. U otvorenom odgovoru kao glavni razlog nezadovoljstva naveden je nedostatak teorijskog znanja, osobito iz anatomije.</w:t>
      </w:r>
    </w:p>
    <w:p w14:paraId="6B5A915F" w14:textId="77777777" w:rsidR="00CF3CD2" w:rsidRDefault="00CF3CD2" w:rsidP="00CF3CD2">
      <w:pPr>
        <w:jc w:val="both"/>
        <w:rPr>
          <w:rFonts w:ascii="Times New Roman" w:hAnsi="Times New Roman" w:cs="Times New Roman"/>
          <w:sz w:val="24"/>
          <w:szCs w:val="24"/>
          <w:lang w:val="hr-HR"/>
        </w:rPr>
      </w:pPr>
      <w:r w:rsidRPr="00CF3CD2">
        <w:rPr>
          <w:rFonts w:ascii="Times New Roman" w:hAnsi="Times New Roman" w:cs="Times New Roman"/>
          <w:sz w:val="24"/>
          <w:szCs w:val="24"/>
          <w:lang w:val="hr-HR"/>
        </w:rPr>
        <w:t>Navedene rezultate potrebno je tumačiti isključivo opisno jer je za svaku ustanovu dostavljen samo jedan ili mali broj odgovora, a ustanove se razlikuju prema području rada, zahtjevima stručne prakse i studijskom programu čiji su studenti u njima obavljali praksu. Stoga rezultati nisu dovoljni za pouzdano rangiranje ustanova niti za zaključivanje o kvaliteti svih studenata koji su u njima obavljali praksu.</w:t>
      </w:r>
    </w:p>
    <w:p w14:paraId="30B13858" w14:textId="77777777" w:rsidR="00B878BB" w:rsidRDefault="00B878BB" w:rsidP="00CF3CD2">
      <w:pPr>
        <w:jc w:val="both"/>
        <w:rPr>
          <w:rFonts w:ascii="Times New Roman" w:hAnsi="Times New Roman" w:cs="Times New Roman"/>
          <w:sz w:val="24"/>
          <w:szCs w:val="24"/>
          <w:lang w:val="hr-HR"/>
        </w:rPr>
      </w:pPr>
    </w:p>
    <w:p w14:paraId="29D31B1D" w14:textId="77777777" w:rsidR="00B878BB" w:rsidRPr="00CF3CD2" w:rsidRDefault="00B878BB" w:rsidP="00CF3CD2">
      <w:pPr>
        <w:jc w:val="both"/>
        <w:rPr>
          <w:rFonts w:ascii="Times New Roman" w:hAnsi="Times New Roman" w:cs="Times New Roman"/>
          <w:sz w:val="24"/>
          <w:szCs w:val="24"/>
          <w:lang w:val="hr-HR"/>
        </w:rPr>
      </w:pPr>
    </w:p>
    <w:p w14:paraId="0C87D27D" w14:textId="77777777" w:rsidR="004B0786" w:rsidRPr="004B0786" w:rsidRDefault="004B0786" w:rsidP="004B0786">
      <w:pPr>
        <w:pStyle w:val="Heading2"/>
        <w:jc w:val="both"/>
        <w:rPr>
          <w:rFonts w:ascii="Times New Roman" w:hAnsi="Times New Roman" w:cs="Times New Roman"/>
          <w:szCs w:val="24"/>
          <w:lang w:val="hr-HR"/>
        </w:rPr>
      </w:pPr>
      <w:r w:rsidRPr="004B0786">
        <w:rPr>
          <w:rFonts w:ascii="Times New Roman" w:hAnsi="Times New Roman" w:cs="Times New Roman"/>
          <w:szCs w:val="24"/>
          <w:lang w:val="hr-HR"/>
        </w:rPr>
        <w:t>3.</w:t>
      </w:r>
      <w:r>
        <w:rPr>
          <w:rFonts w:ascii="Times New Roman" w:hAnsi="Times New Roman" w:cs="Times New Roman"/>
          <w:szCs w:val="24"/>
          <w:lang w:val="hr-HR"/>
        </w:rPr>
        <w:t>2</w:t>
      </w:r>
      <w:r w:rsidRPr="004B0786">
        <w:rPr>
          <w:rFonts w:ascii="Times New Roman" w:hAnsi="Times New Roman" w:cs="Times New Roman"/>
          <w:szCs w:val="24"/>
          <w:lang w:val="hr-HR"/>
        </w:rPr>
        <w:t>. Usporedba rezultata prema studijskim programima</w:t>
      </w:r>
    </w:p>
    <w:p w14:paraId="51A2CB51" w14:textId="77777777" w:rsidR="004B0786" w:rsidRPr="004B0786" w:rsidRDefault="004B0786" w:rsidP="004B0786">
      <w:pPr>
        <w:jc w:val="both"/>
        <w:rPr>
          <w:rFonts w:ascii="Times New Roman" w:hAnsi="Times New Roman" w:cs="Times New Roman"/>
          <w:sz w:val="24"/>
          <w:szCs w:val="24"/>
          <w:lang w:val="hr-HR"/>
        </w:rPr>
      </w:pPr>
      <w:r w:rsidRPr="004B0786">
        <w:rPr>
          <w:rFonts w:ascii="Times New Roman" w:hAnsi="Times New Roman" w:cs="Times New Roman"/>
          <w:sz w:val="24"/>
          <w:szCs w:val="24"/>
          <w:lang w:val="hr-HR"/>
        </w:rPr>
        <w:t>Radi usporedbe procjena poslodavaca prema studijskim programima zasebno su analizirani odgovori koji se odnose isključivo na studente Sestrinstva i odgovori koji se odnose isključivo na studente Fizioterapije. Jedan anketni odgovor obuhvaćao je studente obaju studija te je izostavljen iz ove usporedbe jer pojedinačne ocjene nije bilo moguće pripisati određenom studiju.</w:t>
      </w:r>
    </w:p>
    <w:p w14:paraId="246ACC93" w14:textId="77777777" w:rsidR="00F84A2D" w:rsidRDefault="00F84A2D">
      <w:pPr>
        <w:pStyle w:val="Caption"/>
        <w:keepNext/>
        <w:spacing w:before="140" w:after="80"/>
        <w:rPr>
          <w:color w:val="1F4E79"/>
        </w:rPr>
      </w:pPr>
    </w:p>
    <w:p w14:paraId="6D5ECE52" w14:textId="4094B82F" w:rsidR="0038475B" w:rsidRDefault="0004466C">
      <w:pPr>
        <w:pStyle w:val="Caption"/>
        <w:keepNext/>
        <w:spacing w:before="140" w:after="80"/>
      </w:pPr>
      <w:proofErr w:type="spellStart"/>
      <w:r>
        <w:rPr>
          <w:color w:val="1F4E79"/>
        </w:rPr>
        <w:t>Tablica</w:t>
      </w:r>
      <w:proofErr w:type="spellEnd"/>
      <w:r>
        <w:rPr>
          <w:color w:val="1F4E79"/>
        </w:rPr>
        <w:t xml:space="preserve"> 3. </w:t>
      </w:r>
      <w:proofErr w:type="spellStart"/>
      <w:r>
        <w:rPr>
          <w:color w:val="1F4E79"/>
        </w:rPr>
        <w:t>Usporedba</w:t>
      </w:r>
      <w:proofErr w:type="spellEnd"/>
      <w:r>
        <w:rPr>
          <w:color w:val="1F4E79"/>
        </w:rPr>
        <w:t xml:space="preserve"> </w:t>
      </w:r>
      <w:proofErr w:type="spellStart"/>
      <w:r>
        <w:rPr>
          <w:color w:val="1F4E79"/>
        </w:rPr>
        <w:t>prosječnih</w:t>
      </w:r>
      <w:proofErr w:type="spellEnd"/>
      <w:r>
        <w:rPr>
          <w:color w:val="1F4E79"/>
        </w:rPr>
        <w:t xml:space="preserve"> </w:t>
      </w:r>
      <w:proofErr w:type="spellStart"/>
      <w:r>
        <w:rPr>
          <w:color w:val="1F4E79"/>
        </w:rPr>
        <w:t>ocjena</w:t>
      </w:r>
      <w:proofErr w:type="spellEnd"/>
      <w:r>
        <w:rPr>
          <w:color w:val="1F4E79"/>
        </w:rPr>
        <w:t xml:space="preserve"> </w:t>
      </w:r>
      <w:proofErr w:type="spellStart"/>
      <w:r>
        <w:rPr>
          <w:color w:val="1F4E79"/>
        </w:rPr>
        <w:t>prema</w:t>
      </w:r>
      <w:proofErr w:type="spellEnd"/>
      <w:r>
        <w:rPr>
          <w:color w:val="1F4E79"/>
        </w:rPr>
        <w:t xml:space="preserve"> </w:t>
      </w:r>
      <w:proofErr w:type="spellStart"/>
      <w:r>
        <w:rPr>
          <w:color w:val="1F4E79"/>
        </w:rPr>
        <w:t>studijskim</w:t>
      </w:r>
      <w:proofErr w:type="spellEnd"/>
      <w:r>
        <w:rPr>
          <w:color w:val="1F4E79"/>
        </w:rPr>
        <w:t xml:space="preserve"> </w:t>
      </w:r>
      <w:proofErr w:type="spellStart"/>
      <w:r>
        <w:rPr>
          <w:color w:val="1F4E79"/>
        </w:rPr>
        <w:t>programima</w:t>
      </w:r>
      <w:proofErr w:type="spellEnd"/>
    </w:p>
    <w:tbl>
      <w:tblPr>
        <w:tblStyle w:val="TableGrid"/>
        <w:tblW w:w="0" w:type="auto"/>
        <w:jc w:val="center"/>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 w:type="dxa"/>
          <w:left w:w="15" w:type="dxa"/>
          <w:bottom w:w="15" w:type="dxa"/>
          <w:right w:w="15" w:type="dxa"/>
        </w:tblCellMar>
        <w:tblLook w:val="04A0" w:firstRow="1" w:lastRow="0" w:firstColumn="1" w:lastColumn="0" w:noHBand="0" w:noVBand="1"/>
      </w:tblPr>
      <w:tblGrid>
        <w:gridCol w:w="5148"/>
        <w:gridCol w:w="1872"/>
        <w:gridCol w:w="1887"/>
      </w:tblGrid>
      <w:tr w:rsidR="004B0786" w:rsidRPr="004B0786" w14:paraId="3E9C8808" w14:textId="77777777" w:rsidTr="00F84A2D">
        <w:trPr>
          <w:cantSplit/>
          <w:tblHeader/>
          <w:tblCellSpacing w:w="15" w:type="dxa"/>
          <w:jc w:val="center"/>
        </w:trPr>
        <w:tc>
          <w:tcPr>
            <w:tcW w:w="5103" w:type="dxa"/>
            <w:shd w:val="clear" w:color="auto" w:fill="1F4E79"/>
            <w:tcMar>
              <w:top w:w="90" w:type="dxa"/>
              <w:left w:w="90" w:type="dxa"/>
              <w:bottom w:w="90" w:type="dxa"/>
              <w:right w:w="90" w:type="dxa"/>
            </w:tcMar>
            <w:vAlign w:val="center"/>
            <w:hideMark/>
          </w:tcPr>
          <w:p w14:paraId="691E0F35" w14:textId="77777777" w:rsidR="004B0786" w:rsidRPr="004B0786" w:rsidRDefault="004B0786" w:rsidP="004B0786">
            <w:pPr>
              <w:spacing w:after="0"/>
              <w:rPr>
                <w:rFonts w:ascii="Times New Roman" w:hAnsi="Times New Roman" w:cs="Times New Roman"/>
                <w:b/>
                <w:bCs/>
                <w:sz w:val="24"/>
                <w:szCs w:val="24"/>
                <w:lang w:val="hr-HR"/>
              </w:rPr>
            </w:pPr>
            <w:r w:rsidRPr="004B0786">
              <w:rPr>
                <w:rFonts w:cs="Times New Roman"/>
                <w:b/>
                <w:bCs/>
                <w:color w:val="FFFFFF"/>
                <w:sz w:val="17"/>
                <w:szCs w:val="24"/>
                <w:lang w:val="hr-HR"/>
              </w:rPr>
              <w:t>Procjenjivano područje</w:t>
            </w:r>
          </w:p>
        </w:tc>
        <w:tc>
          <w:tcPr>
            <w:tcW w:w="1842" w:type="dxa"/>
            <w:shd w:val="clear" w:color="auto" w:fill="1F4E79"/>
            <w:tcMar>
              <w:top w:w="90" w:type="dxa"/>
              <w:left w:w="90" w:type="dxa"/>
              <w:bottom w:w="90" w:type="dxa"/>
              <w:right w:w="90" w:type="dxa"/>
            </w:tcMar>
            <w:vAlign w:val="center"/>
            <w:hideMark/>
          </w:tcPr>
          <w:p w14:paraId="413A41FD" w14:textId="77777777" w:rsidR="004B0786" w:rsidRPr="004B0786" w:rsidRDefault="004B0786" w:rsidP="004B0786">
            <w:pPr>
              <w:spacing w:after="0"/>
              <w:jc w:val="center"/>
              <w:rPr>
                <w:rFonts w:ascii="Times New Roman" w:hAnsi="Times New Roman" w:cs="Times New Roman"/>
                <w:b/>
                <w:bCs/>
                <w:sz w:val="24"/>
                <w:szCs w:val="24"/>
                <w:lang w:val="hr-HR"/>
              </w:rPr>
            </w:pPr>
            <w:r w:rsidRPr="004B0786">
              <w:rPr>
                <w:rFonts w:cs="Times New Roman"/>
                <w:b/>
                <w:bCs/>
                <w:color w:val="FFFFFF"/>
                <w:sz w:val="17"/>
                <w:szCs w:val="24"/>
                <w:lang w:val="hr-HR"/>
              </w:rPr>
              <w:t>Sestrinstvo M</w:t>
            </w:r>
          </w:p>
        </w:tc>
        <w:tc>
          <w:tcPr>
            <w:tcW w:w="1842" w:type="dxa"/>
            <w:shd w:val="clear" w:color="auto" w:fill="1F4E79"/>
            <w:tcMar>
              <w:top w:w="90" w:type="dxa"/>
              <w:left w:w="90" w:type="dxa"/>
              <w:bottom w:w="90" w:type="dxa"/>
              <w:right w:w="90" w:type="dxa"/>
            </w:tcMar>
            <w:vAlign w:val="center"/>
            <w:hideMark/>
          </w:tcPr>
          <w:p w14:paraId="730269AA" w14:textId="77777777" w:rsidR="004B0786" w:rsidRPr="004B0786" w:rsidRDefault="004B0786" w:rsidP="004B0786">
            <w:pPr>
              <w:spacing w:after="0"/>
              <w:jc w:val="center"/>
              <w:rPr>
                <w:rFonts w:ascii="Times New Roman" w:hAnsi="Times New Roman" w:cs="Times New Roman"/>
                <w:b/>
                <w:bCs/>
                <w:sz w:val="24"/>
                <w:szCs w:val="24"/>
                <w:lang w:val="hr-HR"/>
              </w:rPr>
            </w:pPr>
            <w:r w:rsidRPr="004B0786">
              <w:rPr>
                <w:rFonts w:cs="Times New Roman"/>
                <w:b/>
                <w:bCs/>
                <w:color w:val="FFFFFF"/>
                <w:sz w:val="17"/>
                <w:szCs w:val="24"/>
                <w:lang w:val="hr-HR"/>
              </w:rPr>
              <w:t>Fizioterapija M</w:t>
            </w:r>
          </w:p>
        </w:tc>
      </w:tr>
      <w:tr w:rsidR="004B0786" w:rsidRPr="004B0786" w14:paraId="42F1F0D3" w14:textId="77777777" w:rsidTr="00F84A2D">
        <w:trPr>
          <w:cantSplit/>
          <w:tblCellSpacing w:w="15" w:type="dxa"/>
          <w:jc w:val="center"/>
        </w:trPr>
        <w:tc>
          <w:tcPr>
            <w:tcW w:w="5103" w:type="dxa"/>
            <w:shd w:val="clear" w:color="auto" w:fill="FFFFFF"/>
            <w:tcMar>
              <w:top w:w="90" w:type="dxa"/>
              <w:left w:w="90" w:type="dxa"/>
              <w:bottom w:w="90" w:type="dxa"/>
              <w:right w:w="90" w:type="dxa"/>
            </w:tcMar>
            <w:vAlign w:val="center"/>
            <w:hideMark/>
          </w:tcPr>
          <w:p w14:paraId="161B7CB1" w14:textId="77777777" w:rsidR="004B0786" w:rsidRPr="004B0786" w:rsidRDefault="004B0786" w:rsidP="004B0786">
            <w:pPr>
              <w:spacing w:after="0"/>
              <w:rPr>
                <w:rFonts w:ascii="Times New Roman" w:hAnsi="Times New Roman" w:cs="Times New Roman"/>
                <w:sz w:val="24"/>
                <w:szCs w:val="24"/>
                <w:lang w:val="hr-HR"/>
              </w:rPr>
            </w:pPr>
            <w:r w:rsidRPr="004B0786">
              <w:rPr>
                <w:rFonts w:cs="Times New Roman"/>
                <w:color w:val="1F1F1F"/>
                <w:sz w:val="17"/>
                <w:szCs w:val="24"/>
                <w:lang w:val="hr-HR"/>
              </w:rPr>
              <w:t>Osposobljenost studenata za praksu</w:t>
            </w:r>
          </w:p>
        </w:tc>
        <w:tc>
          <w:tcPr>
            <w:tcW w:w="1842" w:type="dxa"/>
            <w:shd w:val="clear" w:color="auto" w:fill="FFFFFF"/>
            <w:tcMar>
              <w:top w:w="90" w:type="dxa"/>
              <w:left w:w="90" w:type="dxa"/>
              <w:bottom w:w="90" w:type="dxa"/>
              <w:right w:w="90" w:type="dxa"/>
            </w:tcMar>
            <w:vAlign w:val="center"/>
            <w:hideMark/>
          </w:tcPr>
          <w:p w14:paraId="378B475A"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7"/>
                <w:szCs w:val="24"/>
                <w:lang w:val="hr-HR"/>
              </w:rPr>
              <w:t>4,17</w:t>
            </w:r>
          </w:p>
        </w:tc>
        <w:tc>
          <w:tcPr>
            <w:tcW w:w="1842" w:type="dxa"/>
            <w:shd w:val="clear" w:color="auto" w:fill="FFFFFF"/>
            <w:tcMar>
              <w:top w:w="90" w:type="dxa"/>
              <w:left w:w="90" w:type="dxa"/>
              <w:bottom w:w="90" w:type="dxa"/>
              <w:right w:w="90" w:type="dxa"/>
            </w:tcMar>
            <w:vAlign w:val="center"/>
            <w:hideMark/>
          </w:tcPr>
          <w:p w14:paraId="753D123F"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7"/>
                <w:szCs w:val="24"/>
                <w:lang w:val="hr-HR"/>
              </w:rPr>
              <w:t>3,86</w:t>
            </w:r>
          </w:p>
        </w:tc>
      </w:tr>
      <w:tr w:rsidR="004B0786" w:rsidRPr="004B0786" w14:paraId="34CDEC54" w14:textId="77777777" w:rsidTr="00F84A2D">
        <w:trPr>
          <w:cantSplit/>
          <w:tblCellSpacing w:w="15" w:type="dxa"/>
          <w:jc w:val="center"/>
        </w:trPr>
        <w:tc>
          <w:tcPr>
            <w:tcW w:w="5103" w:type="dxa"/>
            <w:shd w:val="clear" w:color="auto" w:fill="F5F8FA"/>
            <w:tcMar>
              <w:top w:w="90" w:type="dxa"/>
              <w:left w:w="90" w:type="dxa"/>
              <w:bottom w:w="90" w:type="dxa"/>
              <w:right w:w="90" w:type="dxa"/>
            </w:tcMar>
            <w:vAlign w:val="center"/>
            <w:hideMark/>
          </w:tcPr>
          <w:p w14:paraId="56B0A4E5" w14:textId="77777777" w:rsidR="004B0786" w:rsidRPr="004B0786" w:rsidRDefault="004B0786" w:rsidP="004B0786">
            <w:pPr>
              <w:spacing w:after="0"/>
              <w:rPr>
                <w:rFonts w:ascii="Times New Roman" w:hAnsi="Times New Roman" w:cs="Times New Roman"/>
                <w:sz w:val="24"/>
                <w:szCs w:val="24"/>
                <w:lang w:val="hr-HR"/>
              </w:rPr>
            </w:pPr>
            <w:r w:rsidRPr="004B0786">
              <w:rPr>
                <w:rFonts w:cs="Times New Roman"/>
                <w:color w:val="1F1F1F"/>
                <w:sz w:val="17"/>
                <w:szCs w:val="24"/>
                <w:lang w:val="hr-HR"/>
              </w:rPr>
              <w:t>Motivacija za rad</w:t>
            </w:r>
          </w:p>
        </w:tc>
        <w:tc>
          <w:tcPr>
            <w:tcW w:w="1842" w:type="dxa"/>
            <w:shd w:val="clear" w:color="auto" w:fill="F5F8FA"/>
            <w:tcMar>
              <w:top w:w="90" w:type="dxa"/>
              <w:left w:w="90" w:type="dxa"/>
              <w:bottom w:w="90" w:type="dxa"/>
              <w:right w:w="90" w:type="dxa"/>
            </w:tcMar>
            <w:vAlign w:val="center"/>
            <w:hideMark/>
          </w:tcPr>
          <w:p w14:paraId="51B2C1A7"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7"/>
                <w:szCs w:val="24"/>
                <w:lang w:val="hr-HR"/>
              </w:rPr>
              <w:t>3,67</w:t>
            </w:r>
          </w:p>
        </w:tc>
        <w:tc>
          <w:tcPr>
            <w:tcW w:w="1842" w:type="dxa"/>
            <w:shd w:val="clear" w:color="auto" w:fill="F5F8FA"/>
            <w:tcMar>
              <w:top w:w="90" w:type="dxa"/>
              <w:left w:w="90" w:type="dxa"/>
              <w:bottom w:w="90" w:type="dxa"/>
              <w:right w:w="90" w:type="dxa"/>
            </w:tcMar>
            <w:vAlign w:val="center"/>
            <w:hideMark/>
          </w:tcPr>
          <w:p w14:paraId="51BC030D"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7"/>
                <w:szCs w:val="24"/>
                <w:lang w:val="hr-HR"/>
              </w:rPr>
              <w:t>4,14</w:t>
            </w:r>
          </w:p>
        </w:tc>
      </w:tr>
      <w:tr w:rsidR="004B0786" w:rsidRPr="004B0786" w14:paraId="547C756F" w14:textId="77777777" w:rsidTr="00F84A2D">
        <w:trPr>
          <w:cantSplit/>
          <w:tblCellSpacing w:w="15" w:type="dxa"/>
          <w:jc w:val="center"/>
        </w:trPr>
        <w:tc>
          <w:tcPr>
            <w:tcW w:w="5103" w:type="dxa"/>
            <w:shd w:val="clear" w:color="auto" w:fill="FFFFFF"/>
            <w:tcMar>
              <w:top w:w="90" w:type="dxa"/>
              <w:left w:w="90" w:type="dxa"/>
              <w:bottom w:w="90" w:type="dxa"/>
              <w:right w:w="90" w:type="dxa"/>
            </w:tcMar>
            <w:vAlign w:val="center"/>
            <w:hideMark/>
          </w:tcPr>
          <w:p w14:paraId="5AF02DDA" w14:textId="77777777" w:rsidR="004B0786" w:rsidRPr="004B0786" w:rsidRDefault="004B0786" w:rsidP="004B0786">
            <w:pPr>
              <w:spacing w:after="0"/>
              <w:rPr>
                <w:rFonts w:ascii="Times New Roman" w:hAnsi="Times New Roman" w:cs="Times New Roman"/>
                <w:sz w:val="24"/>
                <w:szCs w:val="24"/>
                <w:lang w:val="hr-HR"/>
              </w:rPr>
            </w:pPr>
            <w:r w:rsidRPr="004B0786">
              <w:rPr>
                <w:rFonts w:cs="Times New Roman"/>
                <w:color w:val="1F1F1F"/>
                <w:sz w:val="17"/>
                <w:szCs w:val="24"/>
                <w:lang w:val="hr-HR"/>
              </w:rPr>
              <w:t>Teorijska znanja</w:t>
            </w:r>
          </w:p>
        </w:tc>
        <w:tc>
          <w:tcPr>
            <w:tcW w:w="1842" w:type="dxa"/>
            <w:shd w:val="clear" w:color="auto" w:fill="FFFFFF"/>
            <w:tcMar>
              <w:top w:w="90" w:type="dxa"/>
              <w:left w:w="90" w:type="dxa"/>
              <w:bottom w:w="90" w:type="dxa"/>
              <w:right w:w="90" w:type="dxa"/>
            </w:tcMar>
            <w:vAlign w:val="center"/>
            <w:hideMark/>
          </w:tcPr>
          <w:p w14:paraId="4B1BEE25"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7"/>
                <w:szCs w:val="24"/>
                <w:lang w:val="hr-HR"/>
              </w:rPr>
              <w:t>4,17</w:t>
            </w:r>
          </w:p>
        </w:tc>
        <w:tc>
          <w:tcPr>
            <w:tcW w:w="1842" w:type="dxa"/>
            <w:shd w:val="clear" w:color="auto" w:fill="FFFFFF"/>
            <w:tcMar>
              <w:top w:w="90" w:type="dxa"/>
              <w:left w:w="90" w:type="dxa"/>
              <w:bottom w:w="90" w:type="dxa"/>
              <w:right w:w="90" w:type="dxa"/>
            </w:tcMar>
            <w:vAlign w:val="center"/>
            <w:hideMark/>
          </w:tcPr>
          <w:p w14:paraId="098BD524"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7"/>
                <w:szCs w:val="24"/>
                <w:lang w:val="hr-HR"/>
              </w:rPr>
              <w:t>3,29</w:t>
            </w:r>
          </w:p>
        </w:tc>
      </w:tr>
      <w:tr w:rsidR="004B0786" w:rsidRPr="004B0786" w14:paraId="0B0D6856" w14:textId="77777777" w:rsidTr="00F84A2D">
        <w:trPr>
          <w:cantSplit/>
          <w:tblCellSpacing w:w="15" w:type="dxa"/>
          <w:jc w:val="center"/>
        </w:trPr>
        <w:tc>
          <w:tcPr>
            <w:tcW w:w="5103" w:type="dxa"/>
            <w:shd w:val="clear" w:color="auto" w:fill="F5F8FA"/>
            <w:tcMar>
              <w:top w:w="90" w:type="dxa"/>
              <w:left w:w="90" w:type="dxa"/>
              <w:bottom w:w="90" w:type="dxa"/>
              <w:right w:w="90" w:type="dxa"/>
            </w:tcMar>
            <w:vAlign w:val="center"/>
            <w:hideMark/>
          </w:tcPr>
          <w:p w14:paraId="45B1F55F" w14:textId="77777777" w:rsidR="004B0786" w:rsidRPr="004B0786" w:rsidRDefault="004B0786" w:rsidP="004B0786">
            <w:pPr>
              <w:spacing w:after="0"/>
              <w:rPr>
                <w:rFonts w:ascii="Times New Roman" w:hAnsi="Times New Roman" w:cs="Times New Roman"/>
                <w:sz w:val="24"/>
                <w:szCs w:val="24"/>
                <w:lang w:val="hr-HR"/>
              </w:rPr>
            </w:pPr>
            <w:r w:rsidRPr="004B0786">
              <w:rPr>
                <w:rFonts w:cs="Times New Roman"/>
                <w:color w:val="1F1F1F"/>
                <w:sz w:val="17"/>
                <w:szCs w:val="24"/>
                <w:lang w:val="hr-HR"/>
              </w:rPr>
              <w:t>Praktična znanja i vještine</w:t>
            </w:r>
          </w:p>
        </w:tc>
        <w:tc>
          <w:tcPr>
            <w:tcW w:w="1842" w:type="dxa"/>
            <w:shd w:val="clear" w:color="auto" w:fill="F5F8FA"/>
            <w:tcMar>
              <w:top w:w="90" w:type="dxa"/>
              <w:left w:w="90" w:type="dxa"/>
              <w:bottom w:w="90" w:type="dxa"/>
              <w:right w:w="90" w:type="dxa"/>
            </w:tcMar>
            <w:vAlign w:val="center"/>
            <w:hideMark/>
          </w:tcPr>
          <w:p w14:paraId="571F1361"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7"/>
                <w:szCs w:val="24"/>
                <w:lang w:val="hr-HR"/>
              </w:rPr>
              <w:t>4,00</w:t>
            </w:r>
          </w:p>
        </w:tc>
        <w:tc>
          <w:tcPr>
            <w:tcW w:w="1842" w:type="dxa"/>
            <w:shd w:val="clear" w:color="auto" w:fill="F5F8FA"/>
            <w:tcMar>
              <w:top w:w="90" w:type="dxa"/>
              <w:left w:w="90" w:type="dxa"/>
              <w:bottom w:w="90" w:type="dxa"/>
              <w:right w:w="90" w:type="dxa"/>
            </w:tcMar>
            <w:vAlign w:val="center"/>
            <w:hideMark/>
          </w:tcPr>
          <w:p w14:paraId="5E375038"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7"/>
                <w:szCs w:val="24"/>
                <w:lang w:val="hr-HR"/>
              </w:rPr>
              <w:t>3,43</w:t>
            </w:r>
          </w:p>
        </w:tc>
      </w:tr>
      <w:tr w:rsidR="004B0786" w:rsidRPr="004B0786" w14:paraId="4F4BA7EC" w14:textId="77777777" w:rsidTr="00F84A2D">
        <w:trPr>
          <w:cantSplit/>
          <w:tblCellSpacing w:w="15" w:type="dxa"/>
          <w:jc w:val="center"/>
        </w:trPr>
        <w:tc>
          <w:tcPr>
            <w:tcW w:w="5103" w:type="dxa"/>
            <w:shd w:val="clear" w:color="auto" w:fill="FFFFFF"/>
            <w:tcMar>
              <w:top w:w="90" w:type="dxa"/>
              <w:left w:w="90" w:type="dxa"/>
              <w:bottom w:w="90" w:type="dxa"/>
              <w:right w:w="90" w:type="dxa"/>
            </w:tcMar>
            <w:vAlign w:val="center"/>
            <w:hideMark/>
          </w:tcPr>
          <w:p w14:paraId="1C68659D" w14:textId="77777777" w:rsidR="004B0786" w:rsidRPr="004B0786" w:rsidRDefault="004B0786" w:rsidP="004B0786">
            <w:pPr>
              <w:spacing w:after="0"/>
              <w:rPr>
                <w:rFonts w:ascii="Times New Roman" w:hAnsi="Times New Roman" w:cs="Times New Roman"/>
                <w:sz w:val="24"/>
                <w:szCs w:val="24"/>
                <w:lang w:val="hr-HR"/>
              </w:rPr>
            </w:pPr>
            <w:r w:rsidRPr="004B0786">
              <w:rPr>
                <w:rFonts w:cs="Times New Roman"/>
                <w:color w:val="1F1F1F"/>
                <w:sz w:val="17"/>
                <w:szCs w:val="24"/>
                <w:lang w:val="hr-HR"/>
              </w:rPr>
              <w:t>Rad na računalu</w:t>
            </w:r>
          </w:p>
        </w:tc>
        <w:tc>
          <w:tcPr>
            <w:tcW w:w="1842" w:type="dxa"/>
            <w:shd w:val="clear" w:color="auto" w:fill="FFFFFF"/>
            <w:tcMar>
              <w:top w:w="90" w:type="dxa"/>
              <w:left w:w="90" w:type="dxa"/>
              <w:bottom w:w="90" w:type="dxa"/>
              <w:right w:w="90" w:type="dxa"/>
            </w:tcMar>
            <w:vAlign w:val="center"/>
            <w:hideMark/>
          </w:tcPr>
          <w:p w14:paraId="6C0EFE9E"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7"/>
                <w:szCs w:val="24"/>
                <w:lang w:val="hr-HR"/>
              </w:rPr>
              <w:t>4,67</w:t>
            </w:r>
          </w:p>
        </w:tc>
        <w:tc>
          <w:tcPr>
            <w:tcW w:w="1842" w:type="dxa"/>
            <w:shd w:val="clear" w:color="auto" w:fill="FFFFFF"/>
            <w:tcMar>
              <w:top w:w="90" w:type="dxa"/>
              <w:left w:w="90" w:type="dxa"/>
              <w:bottom w:w="90" w:type="dxa"/>
              <w:right w:w="90" w:type="dxa"/>
            </w:tcMar>
            <w:vAlign w:val="center"/>
            <w:hideMark/>
          </w:tcPr>
          <w:p w14:paraId="164AD149"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7"/>
                <w:szCs w:val="24"/>
                <w:lang w:val="hr-HR"/>
              </w:rPr>
              <w:t>4,29</w:t>
            </w:r>
          </w:p>
        </w:tc>
      </w:tr>
      <w:tr w:rsidR="004B0786" w:rsidRPr="004B0786" w14:paraId="37FDB6CB" w14:textId="77777777" w:rsidTr="00F84A2D">
        <w:trPr>
          <w:cantSplit/>
          <w:tblCellSpacing w:w="15" w:type="dxa"/>
          <w:jc w:val="center"/>
        </w:trPr>
        <w:tc>
          <w:tcPr>
            <w:tcW w:w="5103" w:type="dxa"/>
            <w:shd w:val="clear" w:color="auto" w:fill="F5F8FA"/>
            <w:tcMar>
              <w:top w:w="90" w:type="dxa"/>
              <w:left w:w="90" w:type="dxa"/>
              <w:bottom w:w="90" w:type="dxa"/>
              <w:right w:w="90" w:type="dxa"/>
            </w:tcMar>
            <w:vAlign w:val="center"/>
            <w:hideMark/>
          </w:tcPr>
          <w:p w14:paraId="2475F0BD" w14:textId="77777777" w:rsidR="004B0786" w:rsidRPr="004B0786" w:rsidRDefault="004B0786" w:rsidP="004B0786">
            <w:pPr>
              <w:spacing w:after="0"/>
              <w:rPr>
                <w:rFonts w:ascii="Times New Roman" w:hAnsi="Times New Roman" w:cs="Times New Roman"/>
                <w:sz w:val="24"/>
                <w:szCs w:val="24"/>
                <w:lang w:val="hr-HR"/>
              </w:rPr>
            </w:pPr>
            <w:r w:rsidRPr="004B0786">
              <w:rPr>
                <w:rFonts w:cs="Times New Roman"/>
                <w:color w:val="1F1F1F"/>
                <w:sz w:val="17"/>
                <w:szCs w:val="24"/>
                <w:lang w:val="hr-HR"/>
              </w:rPr>
              <w:t>Samostalnost u radu</w:t>
            </w:r>
          </w:p>
        </w:tc>
        <w:tc>
          <w:tcPr>
            <w:tcW w:w="1842" w:type="dxa"/>
            <w:shd w:val="clear" w:color="auto" w:fill="F5F8FA"/>
            <w:tcMar>
              <w:top w:w="90" w:type="dxa"/>
              <w:left w:w="90" w:type="dxa"/>
              <w:bottom w:w="90" w:type="dxa"/>
              <w:right w:w="90" w:type="dxa"/>
            </w:tcMar>
            <w:vAlign w:val="center"/>
            <w:hideMark/>
          </w:tcPr>
          <w:p w14:paraId="5BA13AA1"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7"/>
                <w:szCs w:val="24"/>
                <w:lang w:val="hr-HR"/>
              </w:rPr>
              <w:t>3,67</w:t>
            </w:r>
          </w:p>
        </w:tc>
        <w:tc>
          <w:tcPr>
            <w:tcW w:w="1842" w:type="dxa"/>
            <w:shd w:val="clear" w:color="auto" w:fill="F5F8FA"/>
            <w:tcMar>
              <w:top w:w="90" w:type="dxa"/>
              <w:left w:w="90" w:type="dxa"/>
              <w:bottom w:w="90" w:type="dxa"/>
              <w:right w:w="90" w:type="dxa"/>
            </w:tcMar>
            <w:vAlign w:val="center"/>
            <w:hideMark/>
          </w:tcPr>
          <w:p w14:paraId="535326A0"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7"/>
                <w:szCs w:val="24"/>
                <w:lang w:val="hr-HR"/>
              </w:rPr>
              <w:t>3,57</w:t>
            </w:r>
          </w:p>
        </w:tc>
      </w:tr>
      <w:tr w:rsidR="004B0786" w:rsidRPr="004B0786" w14:paraId="7799CB14" w14:textId="77777777" w:rsidTr="00F84A2D">
        <w:trPr>
          <w:cantSplit/>
          <w:tblCellSpacing w:w="15" w:type="dxa"/>
          <w:jc w:val="center"/>
        </w:trPr>
        <w:tc>
          <w:tcPr>
            <w:tcW w:w="5103" w:type="dxa"/>
            <w:shd w:val="clear" w:color="auto" w:fill="FFFFFF"/>
            <w:tcMar>
              <w:top w:w="90" w:type="dxa"/>
              <w:left w:w="90" w:type="dxa"/>
              <w:bottom w:w="90" w:type="dxa"/>
              <w:right w:w="90" w:type="dxa"/>
            </w:tcMar>
            <w:vAlign w:val="center"/>
            <w:hideMark/>
          </w:tcPr>
          <w:p w14:paraId="1B5A6E74" w14:textId="77777777" w:rsidR="004B0786" w:rsidRPr="004B0786" w:rsidRDefault="004B0786" w:rsidP="004B0786">
            <w:pPr>
              <w:spacing w:after="0"/>
              <w:rPr>
                <w:rFonts w:ascii="Times New Roman" w:hAnsi="Times New Roman" w:cs="Times New Roman"/>
                <w:sz w:val="24"/>
                <w:szCs w:val="24"/>
                <w:lang w:val="hr-HR"/>
              </w:rPr>
            </w:pPr>
            <w:r w:rsidRPr="004B0786">
              <w:rPr>
                <w:rFonts w:cs="Times New Roman"/>
                <w:color w:val="1F1F1F"/>
                <w:sz w:val="17"/>
                <w:szCs w:val="24"/>
                <w:lang w:val="hr-HR"/>
              </w:rPr>
              <w:t>Rad u timu</w:t>
            </w:r>
          </w:p>
        </w:tc>
        <w:tc>
          <w:tcPr>
            <w:tcW w:w="1842" w:type="dxa"/>
            <w:shd w:val="clear" w:color="auto" w:fill="FFFFFF"/>
            <w:tcMar>
              <w:top w:w="90" w:type="dxa"/>
              <w:left w:w="90" w:type="dxa"/>
              <w:bottom w:w="90" w:type="dxa"/>
              <w:right w:w="90" w:type="dxa"/>
            </w:tcMar>
            <w:vAlign w:val="center"/>
            <w:hideMark/>
          </w:tcPr>
          <w:p w14:paraId="774C1069"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7"/>
                <w:szCs w:val="24"/>
                <w:lang w:val="hr-HR"/>
              </w:rPr>
              <w:t>4,17</w:t>
            </w:r>
          </w:p>
        </w:tc>
        <w:tc>
          <w:tcPr>
            <w:tcW w:w="1842" w:type="dxa"/>
            <w:shd w:val="clear" w:color="auto" w:fill="FFFFFF"/>
            <w:tcMar>
              <w:top w:w="90" w:type="dxa"/>
              <w:left w:w="90" w:type="dxa"/>
              <w:bottom w:w="90" w:type="dxa"/>
              <w:right w:w="90" w:type="dxa"/>
            </w:tcMar>
            <w:vAlign w:val="center"/>
            <w:hideMark/>
          </w:tcPr>
          <w:p w14:paraId="3C1E75CB"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7"/>
                <w:szCs w:val="24"/>
                <w:lang w:val="hr-HR"/>
              </w:rPr>
              <w:t>4,43</w:t>
            </w:r>
          </w:p>
        </w:tc>
      </w:tr>
      <w:tr w:rsidR="004B0786" w:rsidRPr="004B0786" w14:paraId="3BC51715" w14:textId="77777777" w:rsidTr="00F84A2D">
        <w:trPr>
          <w:cantSplit/>
          <w:tblCellSpacing w:w="15" w:type="dxa"/>
          <w:jc w:val="center"/>
        </w:trPr>
        <w:tc>
          <w:tcPr>
            <w:tcW w:w="5103" w:type="dxa"/>
            <w:shd w:val="clear" w:color="auto" w:fill="F5F8FA"/>
            <w:tcMar>
              <w:top w:w="90" w:type="dxa"/>
              <w:left w:w="90" w:type="dxa"/>
              <w:bottom w:w="90" w:type="dxa"/>
              <w:right w:w="90" w:type="dxa"/>
            </w:tcMar>
            <w:vAlign w:val="center"/>
            <w:hideMark/>
          </w:tcPr>
          <w:p w14:paraId="6210B267" w14:textId="77777777" w:rsidR="004B0786" w:rsidRPr="004B0786" w:rsidRDefault="004B0786" w:rsidP="004B0786">
            <w:pPr>
              <w:spacing w:after="0"/>
              <w:rPr>
                <w:rFonts w:ascii="Times New Roman" w:hAnsi="Times New Roman" w:cs="Times New Roman"/>
                <w:sz w:val="24"/>
                <w:szCs w:val="24"/>
                <w:lang w:val="hr-HR"/>
              </w:rPr>
            </w:pPr>
            <w:r w:rsidRPr="004B0786">
              <w:rPr>
                <w:rFonts w:cs="Times New Roman"/>
                <w:b/>
                <w:bCs/>
                <w:color w:val="1F1F1F"/>
                <w:sz w:val="17"/>
                <w:szCs w:val="24"/>
                <w:lang w:val="hr-HR"/>
              </w:rPr>
              <w:t>Ukupna prosječna ocjena</w:t>
            </w:r>
          </w:p>
        </w:tc>
        <w:tc>
          <w:tcPr>
            <w:tcW w:w="1842" w:type="dxa"/>
            <w:shd w:val="clear" w:color="auto" w:fill="F5F8FA"/>
            <w:tcMar>
              <w:top w:w="90" w:type="dxa"/>
              <w:left w:w="90" w:type="dxa"/>
              <w:bottom w:w="90" w:type="dxa"/>
              <w:right w:w="90" w:type="dxa"/>
            </w:tcMar>
            <w:vAlign w:val="center"/>
            <w:hideMark/>
          </w:tcPr>
          <w:p w14:paraId="3599083D"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b/>
                <w:bCs/>
                <w:color w:val="1F1F1F"/>
                <w:sz w:val="17"/>
                <w:szCs w:val="24"/>
                <w:lang w:val="hr-HR"/>
              </w:rPr>
              <w:t>4,07</w:t>
            </w:r>
          </w:p>
        </w:tc>
        <w:tc>
          <w:tcPr>
            <w:tcW w:w="1842" w:type="dxa"/>
            <w:shd w:val="clear" w:color="auto" w:fill="F5F8FA"/>
            <w:tcMar>
              <w:top w:w="90" w:type="dxa"/>
              <w:left w:w="90" w:type="dxa"/>
              <w:bottom w:w="90" w:type="dxa"/>
              <w:right w:w="90" w:type="dxa"/>
            </w:tcMar>
            <w:vAlign w:val="center"/>
            <w:hideMark/>
          </w:tcPr>
          <w:p w14:paraId="4ADDD870"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b/>
                <w:bCs/>
                <w:color w:val="1F1F1F"/>
                <w:sz w:val="17"/>
                <w:szCs w:val="24"/>
                <w:lang w:val="hr-HR"/>
              </w:rPr>
              <w:t>3,86</w:t>
            </w:r>
          </w:p>
        </w:tc>
      </w:tr>
    </w:tbl>
    <w:p w14:paraId="131344AB" w14:textId="77777777" w:rsidR="004B0786" w:rsidRPr="004B0786" w:rsidRDefault="004B0786" w:rsidP="004B0786">
      <w:pPr>
        <w:jc w:val="both"/>
        <w:rPr>
          <w:rFonts w:ascii="Times New Roman" w:hAnsi="Times New Roman" w:cs="Times New Roman"/>
          <w:sz w:val="24"/>
          <w:szCs w:val="24"/>
          <w:lang w:val="hr-HR"/>
        </w:rPr>
      </w:pPr>
      <w:r w:rsidRPr="004B0786">
        <w:rPr>
          <w:rFonts w:ascii="Times New Roman" w:hAnsi="Times New Roman" w:cs="Times New Roman"/>
          <w:sz w:val="24"/>
          <w:szCs w:val="24"/>
          <w:lang w:val="hr-HR"/>
        </w:rPr>
        <w:t>Napomena: M = aritmetička sredina. Analiza Sestrinstva temelji se na 6, a analiza Fizioterapije na 7 anketnih odgovora.</w:t>
      </w:r>
    </w:p>
    <w:p w14:paraId="472E15C0" w14:textId="77777777" w:rsidR="00F84A2D" w:rsidRDefault="00F84A2D" w:rsidP="004B0786">
      <w:pPr>
        <w:pStyle w:val="Heading3"/>
        <w:jc w:val="both"/>
        <w:rPr>
          <w:rFonts w:ascii="Times New Roman" w:hAnsi="Times New Roman" w:cs="Times New Roman"/>
          <w:sz w:val="24"/>
          <w:szCs w:val="24"/>
          <w:lang w:val="hr-HR"/>
        </w:rPr>
      </w:pPr>
    </w:p>
    <w:p w14:paraId="653E04E6" w14:textId="3036F3A7" w:rsidR="004B0786" w:rsidRPr="004B0786" w:rsidRDefault="004B0786" w:rsidP="004B0786">
      <w:pPr>
        <w:pStyle w:val="Heading3"/>
        <w:jc w:val="both"/>
        <w:rPr>
          <w:rFonts w:ascii="Times New Roman" w:hAnsi="Times New Roman" w:cs="Times New Roman"/>
          <w:sz w:val="24"/>
          <w:szCs w:val="24"/>
          <w:lang w:val="hr-HR"/>
        </w:rPr>
      </w:pPr>
      <w:r w:rsidRPr="004B0786">
        <w:rPr>
          <w:rFonts w:ascii="Times New Roman" w:hAnsi="Times New Roman" w:cs="Times New Roman"/>
          <w:sz w:val="24"/>
          <w:szCs w:val="24"/>
          <w:lang w:val="hr-HR"/>
        </w:rPr>
        <w:t>Tumačenje rezultata</w:t>
      </w:r>
    </w:p>
    <w:p w14:paraId="174ECEEA" w14:textId="77777777" w:rsidR="004B0786" w:rsidRPr="004B0786" w:rsidRDefault="004B0786" w:rsidP="004B0786">
      <w:pPr>
        <w:jc w:val="both"/>
        <w:rPr>
          <w:rFonts w:ascii="Times New Roman" w:hAnsi="Times New Roman" w:cs="Times New Roman"/>
          <w:sz w:val="24"/>
          <w:szCs w:val="24"/>
          <w:lang w:val="hr-HR"/>
        </w:rPr>
      </w:pPr>
      <w:r w:rsidRPr="004B0786">
        <w:rPr>
          <w:rFonts w:ascii="Times New Roman" w:hAnsi="Times New Roman" w:cs="Times New Roman"/>
          <w:sz w:val="24"/>
          <w:szCs w:val="24"/>
          <w:lang w:val="hr-HR"/>
        </w:rPr>
        <w:t>Studenti Sestrinstva ostvarili su nešto višu ukupnu prosječnu ocjenu (M = 4,07) od studenata Fizioterapije (M = 3,86). Razlika iznosi 0,21 boda i treba je promatrati isključivo opisno.</w:t>
      </w:r>
    </w:p>
    <w:p w14:paraId="456494F0" w14:textId="77777777" w:rsidR="004B0786" w:rsidRPr="004B0786" w:rsidRDefault="004B0786" w:rsidP="004B0786">
      <w:pPr>
        <w:jc w:val="both"/>
        <w:rPr>
          <w:rFonts w:ascii="Times New Roman" w:hAnsi="Times New Roman" w:cs="Times New Roman"/>
          <w:sz w:val="24"/>
          <w:szCs w:val="24"/>
          <w:lang w:val="hr-HR"/>
        </w:rPr>
      </w:pPr>
      <w:r w:rsidRPr="004B0786">
        <w:rPr>
          <w:rFonts w:ascii="Times New Roman" w:hAnsi="Times New Roman" w:cs="Times New Roman"/>
          <w:sz w:val="24"/>
          <w:szCs w:val="24"/>
          <w:lang w:val="hr-HR"/>
        </w:rPr>
        <w:t>Kod studenata Sestrinstva najvišom je ocjenom procijenjen rad na računalu (M = 4,67). Visoko su ocijenjeni i osposobljenost za praksu, teorijska znanja te rad u timu (M = 4,17). Relativno najniže ocijenjeni su motivacija za rad i samostalnost u radu (M = 3,67).</w:t>
      </w:r>
    </w:p>
    <w:p w14:paraId="3EB2A24A" w14:textId="77777777" w:rsidR="004B0786" w:rsidRPr="004B0786" w:rsidRDefault="004B0786" w:rsidP="004B0786">
      <w:pPr>
        <w:jc w:val="both"/>
        <w:rPr>
          <w:rFonts w:ascii="Times New Roman" w:hAnsi="Times New Roman" w:cs="Times New Roman"/>
          <w:sz w:val="24"/>
          <w:szCs w:val="24"/>
          <w:lang w:val="hr-HR"/>
        </w:rPr>
      </w:pPr>
      <w:r w:rsidRPr="004B0786">
        <w:rPr>
          <w:rFonts w:ascii="Times New Roman" w:hAnsi="Times New Roman" w:cs="Times New Roman"/>
          <w:sz w:val="24"/>
          <w:szCs w:val="24"/>
          <w:lang w:val="hr-HR"/>
        </w:rPr>
        <w:t>Kod studenata Fizioterapije najbolje su ocijenjeni rad u timu (M = 4,43), rad na računalu (M = 4,29) i motivacija za rad (M = 4,14). Najniže su ocijenjeni teorijska znanja (M = 3,29), praktična znanja i vještine (M = 3,43) te samostalnost u radu (M = 3,57).</w:t>
      </w:r>
    </w:p>
    <w:p w14:paraId="390A83DC" w14:textId="2FA5B884" w:rsidR="00F84A2D" w:rsidRPr="00B878BB" w:rsidRDefault="004B0786" w:rsidP="004B0786">
      <w:pPr>
        <w:jc w:val="both"/>
        <w:rPr>
          <w:rFonts w:ascii="Times New Roman" w:hAnsi="Times New Roman" w:cs="Times New Roman"/>
          <w:sz w:val="24"/>
          <w:szCs w:val="24"/>
          <w:lang w:val="hr-HR"/>
        </w:rPr>
      </w:pPr>
      <w:r w:rsidRPr="004B0786">
        <w:rPr>
          <w:rFonts w:ascii="Times New Roman" w:hAnsi="Times New Roman" w:cs="Times New Roman"/>
          <w:sz w:val="24"/>
          <w:szCs w:val="24"/>
          <w:lang w:val="hr-HR"/>
        </w:rPr>
        <w:t>U usporedbi studijskih programa, studenti Sestrinstva dobili su više prosječne ocjene za osposobljenost za praksu, teorijska i praktična znanja, rad na računalu te samostalnost. Studenti Fizioterapije bolje su ocijenjeni u području motivacije za rad i timskog rada.</w:t>
      </w:r>
    </w:p>
    <w:p w14:paraId="0D407B62" w14:textId="77777777" w:rsidR="00F84A2D" w:rsidRDefault="00F84A2D" w:rsidP="004B0786">
      <w:pPr>
        <w:jc w:val="both"/>
        <w:rPr>
          <w:rFonts w:ascii="Times New Roman" w:hAnsi="Times New Roman" w:cs="Times New Roman"/>
          <w:b/>
          <w:bCs/>
          <w:sz w:val="24"/>
          <w:szCs w:val="24"/>
          <w:lang w:val="hr-HR"/>
        </w:rPr>
      </w:pPr>
    </w:p>
    <w:p w14:paraId="04A010A1" w14:textId="77777777" w:rsidR="004B0786" w:rsidRDefault="004B0786" w:rsidP="004B0786">
      <w:pPr>
        <w:pStyle w:val="Heading3"/>
        <w:jc w:val="both"/>
        <w:rPr>
          <w:rFonts w:ascii="Times New Roman" w:hAnsi="Times New Roman" w:cs="Times New Roman"/>
          <w:sz w:val="24"/>
          <w:szCs w:val="24"/>
          <w:lang w:val="hr-HR"/>
        </w:rPr>
      </w:pPr>
      <w:r w:rsidRPr="004B0786">
        <w:rPr>
          <w:rFonts w:ascii="Times New Roman" w:hAnsi="Times New Roman" w:cs="Times New Roman"/>
          <w:sz w:val="24"/>
          <w:szCs w:val="24"/>
          <w:lang w:val="hr-HR"/>
        </w:rPr>
        <w:t>Usporedba općih procjena</w:t>
      </w:r>
    </w:p>
    <w:p w14:paraId="5520F21A" w14:textId="77777777" w:rsidR="00B878BB" w:rsidRPr="00B878BB" w:rsidRDefault="00B878BB" w:rsidP="00B878BB">
      <w:pPr>
        <w:rPr>
          <w:lang w:val="hr-HR"/>
        </w:rPr>
      </w:pPr>
    </w:p>
    <w:p w14:paraId="0BAAB2CE" w14:textId="77777777" w:rsidR="0038475B" w:rsidRDefault="0004466C">
      <w:pPr>
        <w:pStyle w:val="Caption"/>
        <w:keepNext/>
        <w:spacing w:before="140" w:after="80"/>
      </w:pPr>
      <w:proofErr w:type="spellStart"/>
      <w:r>
        <w:rPr>
          <w:color w:val="1F4E79"/>
        </w:rPr>
        <w:t>Tablica</w:t>
      </w:r>
      <w:proofErr w:type="spellEnd"/>
      <w:r>
        <w:rPr>
          <w:color w:val="1F4E79"/>
        </w:rPr>
        <w:t xml:space="preserve"> 4. </w:t>
      </w:r>
      <w:proofErr w:type="spellStart"/>
      <w:r>
        <w:rPr>
          <w:color w:val="1F4E79"/>
        </w:rPr>
        <w:t>Usporedba</w:t>
      </w:r>
      <w:proofErr w:type="spellEnd"/>
      <w:r>
        <w:rPr>
          <w:color w:val="1F4E79"/>
        </w:rPr>
        <w:t xml:space="preserve"> </w:t>
      </w:r>
      <w:proofErr w:type="spellStart"/>
      <w:r>
        <w:rPr>
          <w:color w:val="1F4E79"/>
        </w:rPr>
        <w:t>općih</w:t>
      </w:r>
      <w:proofErr w:type="spellEnd"/>
      <w:r>
        <w:rPr>
          <w:color w:val="1F4E79"/>
        </w:rPr>
        <w:t xml:space="preserve"> </w:t>
      </w:r>
      <w:proofErr w:type="spellStart"/>
      <w:r>
        <w:rPr>
          <w:color w:val="1F4E79"/>
        </w:rPr>
        <w:t>procjena</w:t>
      </w:r>
      <w:proofErr w:type="spellEnd"/>
      <w:r>
        <w:rPr>
          <w:color w:val="1F4E79"/>
        </w:rPr>
        <w:t xml:space="preserve"> </w:t>
      </w:r>
      <w:proofErr w:type="spellStart"/>
      <w:r>
        <w:rPr>
          <w:color w:val="1F4E79"/>
        </w:rPr>
        <w:t>prema</w:t>
      </w:r>
      <w:proofErr w:type="spellEnd"/>
      <w:r>
        <w:rPr>
          <w:color w:val="1F4E79"/>
        </w:rPr>
        <w:t xml:space="preserve"> </w:t>
      </w:r>
      <w:proofErr w:type="spellStart"/>
      <w:r>
        <w:rPr>
          <w:color w:val="1F4E79"/>
        </w:rPr>
        <w:t>studijskim</w:t>
      </w:r>
      <w:proofErr w:type="spellEnd"/>
      <w:r>
        <w:rPr>
          <w:color w:val="1F4E79"/>
        </w:rPr>
        <w:t xml:space="preserve"> </w:t>
      </w:r>
      <w:proofErr w:type="spellStart"/>
      <w:r>
        <w:rPr>
          <w:color w:val="1F4E79"/>
        </w:rPr>
        <w:t>programima</w:t>
      </w:r>
      <w:proofErr w:type="spellEnd"/>
    </w:p>
    <w:tbl>
      <w:tblPr>
        <w:tblStyle w:val="TableGrid"/>
        <w:tblW w:w="0" w:type="auto"/>
        <w:jc w:val="center"/>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 w:type="dxa"/>
          <w:left w:w="15" w:type="dxa"/>
          <w:bottom w:w="15" w:type="dxa"/>
          <w:right w:w="15" w:type="dxa"/>
        </w:tblCellMar>
        <w:tblLook w:val="04A0" w:firstRow="1" w:lastRow="0" w:firstColumn="1" w:lastColumn="0" w:noHBand="0" w:noVBand="1"/>
      </w:tblPr>
      <w:tblGrid>
        <w:gridCol w:w="4581"/>
        <w:gridCol w:w="2156"/>
        <w:gridCol w:w="2171"/>
      </w:tblGrid>
      <w:tr w:rsidR="004B0786" w:rsidRPr="004B0786" w14:paraId="11631F90" w14:textId="77777777" w:rsidTr="00F84A2D">
        <w:trPr>
          <w:cantSplit/>
          <w:tblHeader/>
          <w:tblCellSpacing w:w="15" w:type="dxa"/>
          <w:jc w:val="center"/>
        </w:trPr>
        <w:tc>
          <w:tcPr>
            <w:tcW w:w="4536" w:type="dxa"/>
            <w:shd w:val="clear" w:color="auto" w:fill="1F4E79"/>
            <w:tcMar>
              <w:top w:w="90" w:type="dxa"/>
              <w:left w:w="90" w:type="dxa"/>
              <w:bottom w:w="90" w:type="dxa"/>
              <w:right w:w="90" w:type="dxa"/>
            </w:tcMar>
            <w:vAlign w:val="center"/>
            <w:hideMark/>
          </w:tcPr>
          <w:p w14:paraId="2E9A32CC" w14:textId="77777777" w:rsidR="004B0786" w:rsidRPr="004B0786" w:rsidRDefault="004B0786" w:rsidP="004B0786">
            <w:pPr>
              <w:spacing w:after="0"/>
              <w:rPr>
                <w:rFonts w:ascii="Times New Roman" w:hAnsi="Times New Roman" w:cs="Times New Roman"/>
                <w:b/>
                <w:bCs/>
                <w:sz w:val="24"/>
                <w:szCs w:val="24"/>
                <w:lang w:val="hr-HR"/>
              </w:rPr>
            </w:pPr>
            <w:r w:rsidRPr="004B0786">
              <w:rPr>
                <w:rFonts w:cs="Times New Roman"/>
                <w:b/>
                <w:bCs/>
                <w:color w:val="FFFFFF"/>
                <w:sz w:val="16"/>
                <w:szCs w:val="24"/>
                <w:lang w:val="hr-HR"/>
              </w:rPr>
              <w:t>Pokazatelj</w:t>
            </w:r>
          </w:p>
        </w:tc>
        <w:tc>
          <w:tcPr>
            <w:tcW w:w="2126" w:type="dxa"/>
            <w:shd w:val="clear" w:color="auto" w:fill="1F4E79"/>
            <w:tcMar>
              <w:top w:w="90" w:type="dxa"/>
              <w:left w:w="90" w:type="dxa"/>
              <w:bottom w:w="90" w:type="dxa"/>
              <w:right w:w="90" w:type="dxa"/>
            </w:tcMar>
            <w:vAlign w:val="center"/>
            <w:hideMark/>
          </w:tcPr>
          <w:p w14:paraId="6C9B8B28" w14:textId="77777777" w:rsidR="004B0786" w:rsidRPr="004B0786" w:rsidRDefault="004B0786" w:rsidP="004B0786">
            <w:pPr>
              <w:spacing w:after="0"/>
              <w:jc w:val="center"/>
              <w:rPr>
                <w:rFonts w:ascii="Times New Roman" w:hAnsi="Times New Roman" w:cs="Times New Roman"/>
                <w:b/>
                <w:bCs/>
                <w:sz w:val="24"/>
                <w:szCs w:val="24"/>
                <w:lang w:val="hr-HR"/>
              </w:rPr>
            </w:pPr>
            <w:r w:rsidRPr="004B0786">
              <w:rPr>
                <w:rFonts w:cs="Times New Roman"/>
                <w:b/>
                <w:bCs/>
                <w:color w:val="FFFFFF"/>
                <w:sz w:val="16"/>
                <w:szCs w:val="24"/>
                <w:lang w:val="hr-HR"/>
              </w:rPr>
              <w:t>Sestrinstvo</w:t>
            </w:r>
          </w:p>
        </w:tc>
        <w:tc>
          <w:tcPr>
            <w:tcW w:w="2126" w:type="dxa"/>
            <w:shd w:val="clear" w:color="auto" w:fill="1F4E79"/>
            <w:tcMar>
              <w:top w:w="90" w:type="dxa"/>
              <w:left w:w="90" w:type="dxa"/>
              <w:bottom w:w="90" w:type="dxa"/>
              <w:right w:w="90" w:type="dxa"/>
            </w:tcMar>
            <w:vAlign w:val="center"/>
            <w:hideMark/>
          </w:tcPr>
          <w:p w14:paraId="26366F93" w14:textId="77777777" w:rsidR="004B0786" w:rsidRPr="004B0786" w:rsidRDefault="004B0786" w:rsidP="004B0786">
            <w:pPr>
              <w:spacing w:after="0"/>
              <w:jc w:val="center"/>
              <w:rPr>
                <w:rFonts w:ascii="Times New Roman" w:hAnsi="Times New Roman" w:cs="Times New Roman"/>
                <w:b/>
                <w:bCs/>
                <w:sz w:val="24"/>
                <w:szCs w:val="24"/>
                <w:lang w:val="hr-HR"/>
              </w:rPr>
            </w:pPr>
            <w:r w:rsidRPr="004B0786">
              <w:rPr>
                <w:rFonts w:cs="Times New Roman"/>
                <w:b/>
                <w:bCs/>
                <w:color w:val="FFFFFF"/>
                <w:sz w:val="16"/>
                <w:szCs w:val="24"/>
                <w:lang w:val="hr-HR"/>
              </w:rPr>
              <w:t>Fizioterapija</w:t>
            </w:r>
          </w:p>
        </w:tc>
      </w:tr>
      <w:tr w:rsidR="004B0786" w:rsidRPr="004B0786" w14:paraId="0DAEB57A" w14:textId="77777777" w:rsidTr="00F84A2D">
        <w:trPr>
          <w:cantSplit/>
          <w:tblCellSpacing w:w="15" w:type="dxa"/>
          <w:jc w:val="center"/>
        </w:trPr>
        <w:tc>
          <w:tcPr>
            <w:tcW w:w="4536" w:type="dxa"/>
            <w:shd w:val="clear" w:color="auto" w:fill="FFFFFF"/>
            <w:tcMar>
              <w:top w:w="90" w:type="dxa"/>
              <w:left w:w="90" w:type="dxa"/>
              <w:bottom w:w="90" w:type="dxa"/>
              <w:right w:w="90" w:type="dxa"/>
            </w:tcMar>
            <w:vAlign w:val="center"/>
            <w:hideMark/>
          </w:tcPr>
          <w:p w14:paraId="22BEA3E4" w14:textId="77777777" w:rsidR="004B0786" w:rsidRPr="004B0786" w:rsidRDefault="004B0786" w:rsidP="004B0786">
            <w:pPr>
              <w:spacing w:after="0"/>
              <w:rPr>
                <w:rFonts w:ascii="Times New Roman" w:hAnsi="Times New Roman" w:cs="Times New Roman"/>
                <w:sz w:val="24"/>
                <w:szCs w:val="24"/>
                <w:lang w:val="hr-HR"/>
              </w:rPr>
            </w:pPr>
            <w:r w:rsidRPr="004B0786">
              <w:rPr>
                <w:rFonts w:cs="Times New Roman"/>
                <w:color w:val="1F1F1F"/>
                <w:sz w:val="16"/>
                <w:szCs w:val="24"/>
                <w:lang w:val="hr-HR"/>
              </w:rPr>
              <w:t>Vrlo zadovoljni suradnjom s Veleučilištem</w:t>
            </w:r>
          </w:p>
        </w:tc>
        <w:tc>
          <w:tcPr>
            <w:tcW w:w="2126" w:type="dxa"/>
            <w:shd w:val="clear" w:color="auto" w:fill="FFFFFF"/>
            <w:tcMar>
              <w:top w:w="90" w:type="dxa"/>
              <w:left w:w="90" w:type="dxa"/>
              <w:bottom w:w="90" w:type="dxa"/>
              <w:right w:w="90" w:type="dxa"/>
            </w:tcMar>
            <w:vAlign w:val="center"/>
            <w:hideMark/>
          </w:tcPr>
          <w:p w14:paraId="06A22DBC"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6"/>
                <w:szCs w:val="24"/>
                <w:lang w:val="hr-HR"/>
              </w:rPr>
              <w:t>4 od 6 (66,7 %)</w:t>
            </w:r>
          </w:p>
        </w:tc>
        <w:tc>
          <w:tcPr>
            <w:tcW w:w="2126" w:type="dxa"/>
            <w:shd w:val="clear" w:color="auto" w:fill="FFFFFF"/>
            <w:tcMar>
              <w:top w:w="90" w:type="dxa"/>
              <w:left w:w="90" w:type="dxa"/>
              <w:bottom w:w="90" w:type="dxa"/>
              <w:right w:w="90" w:type="dxa"/>
            </w:tcMar>
            <w:vAlign w:val="center"/>
            <w:hideMark/>
          </w:tcPr>
          <w:p w14:paraId="16C138DA"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6"/>
                <w:szCs w:val="24"/>
                <w:lang w:val="hr-HR"/>
              </w:rPr>
              <w:t>2 od 7 (28,6 %)</w:t>
            </w:r>
          </w:p>
        </w:tc>
      </w:tr>
      <w:tr w:rsidR="004B0786" w:rsidRPr="004B0786" w14:paraId="78E94637" w14:textId="77777777" w:rsidTr="00F84A2D">
        <w:trPr>
          <w:cantSplit/>
          <w:tblCellSpacing w:w="15" w:type="dxa"/>
          <w:jc w:val="center"/>
        </w:trPr>
        <w:tc>
          <w:tcPr>
            <w:tcW w:w="4536" w:type="dxa"/>
            <w:shd w:val="clear" w:color="auto" w:fill="F5F8FA"/>
            <w:tcMar>
              <w:top w:w="90" w:type="dxa"/>
              <w:left w:w="90" w:type="dxa"/>
              <w:bottom w:w="90" w:type="dxa"/>
              <w:right w:w="90" w:type="dxa"/>
            </w:tcMar>
            <w:vAlign w:val="center"/>
            <w:hideMark/>
          </w:tcPr>
          <w:p w14:paraId="0274B83B" w14:textId="77777777" w:rsidR="004B0786" w:rsidRPr="004B0786" w:rsidRDefault="004B0786" w:rsidP="004B0786">
            <w:pPr>
              <w:spacing w:after="0"/>
              <w:rPr>
                <w:rFonts w:ascii="Times New Roman" w:hAnsi="Times New Roman" w:cs="Times New Roman"/>
                <w:sz w:val="24"/>
                <w:szCs w:val="24"/>
                <w:lang w:val="hr-HR"/>
              </w:rPr>
            </w:pPr>
            <w:r w:rsidRPr="004B0786">
              <w:rPr>
                <w:rFonts w:cs="Times New Roman"/>
                <w:color w:val="1F1F1F"/>
                <w:sz w:val="16"/>
                <w:szCs w:val="24"/>
                <w:lang w:val="hr-HR"/>
              </w:rPr>
              <w:t>Zadovoljni suradnjom s Veleučilištem</w:t>
            </w:r>
          </w:p>
        </w:tc>
        <w:tc>
          <w:tcPr>
            <w:tcW w:w="2126" w:type="dxa"/>
            <w:shd w:val="clear" w:color="auto" w:fill="F5F8FA"/>
            <w:tcMar>
              <w:top w:w="90" w:type="dxa"/>
              <w:left w:w="90" w:type="dxa"/>
              <w:bottom w:w="90" w:type="dxa"/>
              <w:right w:w="90" w:type="dxa"/>
            </w:tcMar>
            <w:vAlign w:val="center"/>
            <w:hideMark/>
          </w:tcPr>
          <w:p w14:paraId="52CC57AB"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6"/>
                <w:szCs w:val="24"/>
                <w:lang w:val="hr-HR"/>
              </w:rPr>
              <w:t>1 od 6 (16,7 %)</w:t>
            </w:r>
          </w:p>
        </w:tc>
        <w:tc>
          <w:tcPr>
            <w:tcW w:w="2126" w:type="dxa"/>
            <w:shd w:val="clear" w:color="auto" w:fill="F5F8FA"/>
            <w:tcMar>
              <w:top w:w="90" w:type="dxa"/>
              <w:left w:w="90" w:type="dxa"/>
              <w:bottom w:w="90" w:type="dxa"/>
              <w:right w:w="90" w:type="dxa"/>
            </w:tcMar>
            <w:vAlign w:val="center"/>
            <w:hideMark/>
          </w:tcPr>
          <w:p w14:paraId="044C29B9"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6"/>
                <w:szCs w:val="24"/>
                <w:lang w:val="hr-HR"/>
              </w:rPr>
              <w:t>5 od 7 (71,4 %)</w:t>
            </w:r>
          </w:p>
        </w:tc>
      </w:tr>
      <w:tr w:rsidR="004B0786" w:rsidRPr="004B0786" w14:paraId="24331A01" w14:textId="77777777" w:rsidTr="00F84A2D">
        <w:trPr>
          <w:cantSplit/>
          <w:tblCellSpacing w:w="15" w:type="dxa"/>
          <w:jc w:val="center"/>
        </w:trPr>
        <w:tc>
          <w:tcPr>
            <w:tcW w:w="4536" w:type="dxa"/>
            <w:shd w:val="clear" w:color="auto" w:fill="FFFFFF"/>
            <w:tcMar>
              <w:top w:w="90" w:type="dxa"/>
              <w:left w:w="90" w:type="dxa"/>
              <w:bottom w:w="90" w:type="dxa"/>
              <w:right w:w="90" w:type="dxa"/>
            </w:tcMar>
            <w:vAlign w:val="center"/>
            <w:hideMark/>
          </w:tcPr>
          <w:p w14:paraId="2837AC09" w14:textId="77777777" w:rsidR="004B0786" w:rsidRPr="004B0786" w:rsidRDefault="004B0786" w:rsidP="004B0786">
            <w:pPr>
              <w:spacing w:after="0"/>
              <w:rPr>
                <w:rFonts w:ascii="Times New Roman" w:hAnsi="Times New Roman" w:cs="Times New Roman"/>
                <w:sz w:val="24"/>
                <w:szCs w:val="24"/>
                <w:lang w:val="hr-HR"/>
              </w:rPr>
            </w:pPr>
            <w:r w:rsidRPr="004B0786">
              <w:rPr>
                <w:rFonts w:cs="Times New Roman"/>
                <w:color w:val="1F1F1F"/>
                <w:sz w:val="16"/>
                <w:szCs w:val="24"/>
                <w:lang w:val="hr-HR"/>
              </w:rPr>
              <w:t>Neutralna procjena suradnje</w:t>
            </w:r>
          </w:p>
        </w:tc>
        <w:tc>
          <w:tcPr>
            <w:tcW w:w="2126" w:type="dxa"/>
            <w:shd w:val="clear" w:color="auto" w:fill="FFFFFF"/>
            <w:tcMar>
              <w:top w:w="90" w:type="dxa"/>
              <w:left w:w="90" w:type="dxa"/>
              <w:bottom w:w="90" w:type="dxa"/>
              <w:right w:w="90" w:type="dxa"/>
            </w:tcMar>
            <w:vAlign w:val="center"/>
            <w:hideMark/>
          </w:tcPr>
          <w:p w14:paraId="7ACF9914"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6"/>
                <w:szCs w:val="24"/>
                <w:lang w:val="hr-HR"/>
              </w:rPr>
              <w:t>1 od 6 (16,7 %)</w:t>
            </w:r>
          </w:p>
        </w:tc>
        <w:tc>
          <w:tcPr>
            <w:tcW w:w="2126" w:type="dxa"/>
            <w:shd w:val="clear" w:color="auto" w:fill="FFFFFF"/>
            <w:tcMar>
              <w:top w:w="90" w:type="dxa"/>
              <w:left w:w="90" w:type="dxa"/>
              <w:bottom w:w="90" w:type="dxa"/>
              <w:right w:w="90" w:type="dxa"/>
            </w:tcMar>
            <w:vAlign w:val="center"/>
            <w:hideMark/>
          </w:tcPr>
          <w:p w14:paraId="09307CDF"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6"/>
                <w:szCs w:val="24"/>
                <w:lang w:val="hr-HR"/>
              </w:rPr>
              <w:t>0</w:t>
            </w:r>
          </w:p>
        </w:tc>
      </w:tr>
      <w:tr w:rsidR="004B0786" w:rsidRPr="004B0786" w14:paraId="58193492" w14:textId="77777777" w:rsidTr="00F84A2D">
        <w:trPr>
          <w:cantSplit/>
          <w:tblCellSpacing w:w="15" w:type="dxa"/>
          <w:jc w:val="center"/>
        </w:trPr>
        <w:tc>
          <w:tcPr>
            <w:tcW w:w="4536" w:type="dxa"/>
            <w:shd w:val="clear" w:color="auto" w:fill="F5F8FA"/>
            <w:tcMar>
              <w:top w:w="90" w:type="dxa"/>
              <w:left w:w="90" w:type="dxa"/>
              <w:bottom w:w="90" w:type="dxa"/>
              <w:right w:w="90" w:type="dxa"/>
            </w:tcMar>
            <w:vAlign w:val="center"/>
            <w:hideMark/>
          </w:tcPr>
          <w:p w14:paraId="57796B88" w14:textId="77777777" w:rsidR="004B0786" w:rsidRPr="004B0786" w:rsidRDefault="004B0786" w:rsidP="004B0786">
            <w:pPr>
              <w:spacing w:after="0"/>
              <w:rPr>
                <w:rFonts w:ascii="Times New Roman" w:hAnsi="Times New Roman" w:cs="Times New Roman"/>
                <w:sz w:val="24"/>
                <w:szCs w:val="24"/>
                <w:lang w:val="hr-HR"/>
              </w:rPr>
            </w:pPr>
            <w:r w:rsidRPr="004B0786">
              <w:rPr>
                <w:rFonts w:cs="Times New Roman"/>
                <w:color w:val="1F1F1F"/>
                <w:sz w:val="16"/>
                <w:szCs w:val="24"/>
                <w:lang w:val="hr-HR"/>
              </w:rPr>
              <w:t>Studenti potpuno ili uglavnom pripremljeni za rad</w:t>
            </w:r>
          </w:p>
        </w:tc>
        <w:tc>
          <w:tcPr>
            <w:tcW w:w="2126" w:type="dxa"/>
            <w:shd w:val="clear" w:color="auto" w:fill="F5F8FA"/>
            <w:tcMar>
              <w:top w:w="90" w:type="dxa"/>
              <w:left w:w="90" w:type="dxa"/>
              <w:bottom w:w="90" w:type="dxa"/>
              <w:right w:w="90" w:type="dxa"/>
            </w:tcMar>
            <w:vAlign w:val="center"/>
            <w:hideMark/>
          </w:tcPr>
          <w:p w14:paraId="681F3212"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6"/>
                <w:szCs w:val="24"/>
                <w:lang w:val="hr-HR"/>
              </w:rPr>
              <w:t>5 od 6 (83,3 %)</w:t>
            </w:r>
          </w:p>
        </w:tc>
        <w:tc>
          <w:tcPr>
            <w:tcW w:w="2126" w:type="dxa"/>
            <w:shd w:val="clear" w:color="auto" w:fill="F5F8FA"/>
            <w:tcMar>
              <w:top w:w="90" w:type="dxa"/>
              <w:left w:w="90" w:type="dxa"/>
              <w:bottom w:w="90" w:type="dxa"/>
              <w:right w:w="90" w:type="dxa"/>
            </w:tcMar>
            <w:vAlign w:val="center"/>
            <w:hideMark/>
          </w:tcPr>
          <w:p w14:paraId="0FD0CB70"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6"/>
                <w:szCs w:val="24"/>
                <w:lang w:val="hr-HR"/>
              </w:rPr>
              <w:t>4 od 7 (57,1 %)</w:t>
            </w:r>
          </w:p>
        </w:tc>
      </w:tr>
      <w:tr w:rsidR="004B0786" w:rsidRPr="004B0786" w14:paraId="56B17984" w14:textId="77777777" w:rsidTr="00F84A2D">
        <w:trPr>
          <w:cantSplit/>
          <w:tblCellSpacing w:w="15" w:type="dxa"/>
          <w:jc w:val="center"/>
        </w:trPr>
        <w:tc>
          <w:tcPr>
            <w:tcW w:w="4536" w:type="dxa"/>
            <w:shd w:val="clear" w:color="auto" w:fill="FFFFFF"/>
            <w:tcMar>
              <w:top w:w="90" w:type="dxa"/>
              <w:left w:w="90" w:type="dxa"/>
              <w:bottom w:w="90" w:type="dxa"/>
              <w:right w:w="90" w:type="dxa"/>
            </w:tcMar>
            <w:vAlign w:val="center"/>
            <w:hideMark/>
          </w:tcPr>
          <w:p w14:paraId="5A02974F" w14:textId="77777777" w:rsidR="004B0786" w:rsidRPr="004B0786" w:rsidRDefault="004B0786" w:rsidP="004B0786">
            <w:pPr>
              <w:spacing w:after="0"/>
              <w:rPr>
                <w:rFonts w:ascii="Times New Roman" w:hAnsi="Times New Roman" w:cs="Times New Roman"/>
                <w:sz w:val="24"/>
                <w:szCs w:val="24"/>
                <w:lang w:val="hr-HR"/>
              </w:rPr>
            </w:pPr>
            <w:r w:rsidRPr="004B0786">
              <w:rPr>
                <w:rFonts w:cs="Times New Roman"/>
                <w:color w:val="1F1F1F"/>
                <w:sz w:val="16"/>
                <w:szCs w:val="24"/>
                <w:lang w:val="hr-HR"/>
              </w:rPr>
              <w:t>Studenti djelomično pripremljeni za rad</w:t>
            </w:r>
          </w:p>
        </w:tc>
        <w:tc>
          <w:tcPr>
            <w:tcW w:w="2126" w:type="dxa"/>
            <w:shd w:val="clear" w:color="auto" w:fill="FFFFFF"/>
            <w:tcMar>
              <w:top w:w="90" w:type="dxa"/>
              <w:left w:w="90" w:type="dxa"/>
              <w:bottom w:w="90" w:type="dxa"/>
              <w:right w:w="90" w:type="dxa"/>
            </w:tcMar>
            <w:vAlign w:val="center"/>
            <w:hideMark/>
          </w:tcPr>
          <w:p w14:paraId="30739C79"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6"/>
                <w:szCs w:val="24"/>
                <w:lang w:val="hr-HR"/>
              </w:rPr>
              <w:t>1 od 6 (16,7 %)</w:t>
            </w:r>
          </w:p>
        </w:tc>
        <w:tc>
          <w:tcPr>
            <w:tcW w:w="2126" w:type="dxa"/>
            <w:shd w:val="clear" w:color="auto" w:fill="FFFFFF"/>
            <w:tcMar>
              <w:top w:w="90" w:type="dxa"/>
              <w:left w:w="90" w:type="dxa"/>
              <w:bottom w:w="90" w:type="dxa"/>
              <w:right w:w="90" w:type="dxa"/>
            </w:tcMar>
            <w:vAlign w:val="center"/>
            <w:hideMark/>
          </w:tcPr>
          <w:p w14:paraId="5E46A193"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6"/>
                <w:szCs w:val="24"/>
                <w:lang w:val="hr-HR"/>
              </w:rPr>
              <w:t>3 od 7 (42,9 %)</w:t>
            </w:r>
          </w:p>
        </w:tc>
      </w:tr>
      <w:tr w:rsidR="004B0786" w:rsidRPr="004B0786" w14:paraId="67824B7F" w14:textId="77777777" w:rsidTr="00F84A2D">
        <w:trPr>
          <w:cantSplit/>
          <w:tblCellSpacing w:w="15" w:type="dxa"/>
          <w:jc w:val="center"/>
        </w:trPr>
        <w:tc>
          <w:tcPr>
            <w:tcW w:w="4536" w:type="dxa"/>
            <w:shd w:val="clear" w:color="auto" w:fill="F5F8FA"/>
            <w:tcMar>
              <w:top w:w="90" w:type="dxa"/>
              <w:left w:w="90" w:type="dxa"/>
              <w:bottom w:w="90" w:type="dxa"/>
              <w:right w:w="90" w:type="dxa"/>
            </w:tcMar>
            <w:vAlign w:val="center"/>
            <w:hideMark/>
          </w:tcPr>
          <w:p w14:paraId="718F931E" w14:textId="77777777" w:rsidR="004B0786" w:rsidRPr="004B0786" w:rsidRDefault="004B0786" w:rsidP="004B0786">
            <w:pPr>
              <w:spacing w:after="0"/>
              <w:rPr>
                <w:rFonts w:ascii="Times New Roman" w:hAnsi="Times New Roman" w:cs="Times New Roman"/>
                <w:sz w:val="24"/>
                <w:szCs w:val="24"/>
                <w:lang w:val="hr-HR"/>
              </w:rPr>
            </w:pPr>
            <w:r w:rsidRPr="004B0786">
              <w:rPr>
                <w:rFonts w:cs="Times New Roman"/>
                <w:color w:val="1F1F1F"/>
                <w:sz w:val="16"/>
                <w:szCs w:val="24"/>
                <w:lang w:val="hr-HR"/>
              </w:rPr>
              <w:t>Razmotrili bi zapošljavanje studenata</w:t>
            </w:r>
          </w:p>
        </w:tc>
        <w:tc>
          <w:tcPr>
            <w:tcW w:w="2126" w:type="dxa"/>
            <w:shd w:val="clear" w:color="auto" w:fill="F5F8FA"/>
            <w:tcMar>
              <w:top w:w="90" w:type="dxa"/>
              <w:left w:w="90" w:type="dxa"/>
              <w:bottom w:w="90" w:type="dxa"/>
              <w:right w:w="90" w:type="dxa"/>
            </w:tcMar>
            <w:vAlign w:val="center"/>
            <w:hideMark/>
          </w:tcPr>
          <w:p w14:paraId="2C0BE1C2"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6"/>
                <w:szCs w:val="24"/>
                <w:lang w:val="hr-HR"/>
              </w:rPr>
              <w:t>6 od 6 (100,0 %)</w:t>
            </w:r>
          </w:p>
        </w:tc>
        <w:tc>
          <w:tcPr>
            <w:tcW w:w="2126" w:type="dxa"/>
            <w:shd w:val="clear" w:color="auto" w:fill="F5F8FA"/>
            <w:tcMar>
              <w:top w:w="90" w:type="dxa"/>
              <w:left w:w="90" w:type="dxa"/>
              <w:bottom w:w="90" w:type="dxa"/>
              <w:right w:w="90" w:type="dxa"/>
            </w:tcMar>
            <w:vAlign w:val="center"/>
            <w:hideMark/>
          </w:tcPr>
          <w:p w14:paraId="5EE08CB1"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6"/>
                <w:szCs w:val="24"/>
                <w:lang w:val="hr-HR"/>
              </w:rPr>
              <w:t>5 od 7 (71,4 %)</w:t>
            </w:r>
          </w:p>
        </w:tc>
      </w:tr>
      <w:tr w:rsidR="004B0786" w:rsidRPr="004B0786" w14:paraId="4D265ABB" w14:textId="77777777" w:rsidTr="00F84A2D">
        <w:trPr>
          <w:cantSplit/>
          <w:tblCellSpacing w:w="15" w:type="dxa"/>
          <w:jc w:val="center"/>
        </w:trPr>
        <w:tc>
          <w:tcPr>
            <w:tcW w:w="4536" w:type="dxa"/>
            <w:shd w:val="clear" w:color="auto" w:fill="FFFFFF"/>
            <w:tcMar>
              <w:top w:w="90" w:type="dxa"/>
              <w:left w:w="90" w:type="dxa"/>
              <w:bottom w:w="90" w:type="dxa"/>
              <w:right w:w="90" w:type="dxa"/>
            </w:tcMar>
            <w:vAlign w:val="center"/>
            <w:hideMark/>
          </w:tcPr>
          <w:p w14:paraId="0C97483E" w14:textId="77777777" w:rsidR="004B0786" w:rsidRPr="004B0786" w:rsidRDefault="004B0786" w:rsidP="004B0786">
            <w:pPr>
              <w:spacing w:after="0"/>
              <w:rPr>
                <w:rFonts w:ascii="Times New Roman" w:hAnsi="Times New Roman" w:cs="Times New Roman"/>
                <w:sz w:val="24"/>
                <w:szCs w:val="24"/>
                <w:lang w:val="hr-HR"/>
              </w:rPr>
            </w:pPr>
            <w:r w:rsidRPr="004B0786">
              <w:rPr>
                <w:rFonts w:cs="Times New Roman"/>
                <w:color w:val="1F1F1F"/>
                <w:sz w:val="16"/>
                <w:szCs w:val="24"/>
                <w:lang w:val="hr-HR"/>
              </w:rPr>
              <w:t>Ponovno bi prihvatili studente na praksu</w:t>
            </w:r>
          </w:p>
        </w:tc>
        <w:tc>
          <w:tcPr>
            <w:tcW w:w="2126" w:type="dxa"/>
            <w:shd w:val="clear" w:color="auto" w:fill="FFFFFF"/>
            <w:tcMar>
              <w:top w:w="90" w:type="dxa"/>
              <w:left w:w="90" w:type="dxa"/>
              <w:bottom w:w="90" w:type="dxa"/>
              <w:right w:w="90" w:type="dxa"/>
            </w:tcMar>
            <w:vAlign w:val="center"/>
            <w:hideMark/>
          </w:tcPr>
          <w:p w14:paraId="22BB24BA"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6"/>
                <w:szCs w:val="24"/>
                <w:lang w:val="hr-HR"/>
              </w:rPr>
              <w:t>6 od 6 (100,0 %)</w:t>
            </w:r>
          </w:p>
        </w:tc>
        <w:tc>
          <w:tcPr>
            <w:tcW w:w="2126" w:type="dxa"/>
            <w:shd w:val="clear" w:color="auto" w:fill="FFFFFF"/>
            <w:tcMar>
              <w:top w:w="90" w:type="dxa"/>
              <w:left w:w="90" w:type="dxa"/>
              <w:bottom w:w="90" w:type="dxa"/>
              <w:right w:w="90" w:type="dxa"/>
            </w:tcMar>
            <w:vAlign w:val="center"/>
            <w:hideMark/>
          </w:tcPr>
          <w:p w14:paraId="007CC1E0"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6"/>
                <w:szCs w:val="24"/>
                <w:lang w:val="hr-HR"/>
              </w:rPr>
              <w:t>7 od 7 (100,0 %)</w:t>
            </w:r>
          </w:p>
        </w:tc>
      </w:tr>
      <w:tr w:rsidR="004B0786" w:rsidRPr="004B0786" w14:paraId="18AE44E5" w14:textId="77777777" w:rsidTr="00F84A2D">
        <w:trPr>
          <w:cantSplit/>
          <w:tblCellSpacing w:w="15" w:type="dxa"/>
          <w:jc w:val="center"/>
        </w:trPr>
        <w:tc>
          <w:tcPr>
            <w:tcW w:w="4536" w:type="dxa"/>
            <w:shd w:val="clear" w:color="auto" w:fill="F5F8FA"/>
            <w:tcMar>
              <w:top w:w="90" w:type="dxa"/>
              <w:left w:w="90" w:type="dxa"/>
              <w:bottom w:w="90" w:type="dxa"/>
              <w:right w:w="90" w:type="dxa"/>
            </w:tcMar>
            <w:vAlign w:val="center"/>
            <w:hideMark/>
          </w:tcPr>
          <w:p w14:paraId="5373A627" w14:textId="77777777" w:rsidR="004B0786" w:rsidRPr="004B0786" w:rsidRDefault="004B0786" w:rsidP="004B0786">
            <w:pPr>
              <w:spacing w:after="0"/>
              <w:rPr>
                <w:rFonts w:ascii="Times New Roman" w:hAnsi="Times New Roman" w:cs="Times New Roman"/>
                <w:sz w:val="24"/>
                <w:szCs w:val="24"/>
                <w:lang w:val="hr-HR"/>
              </w:rPr>
            </w:pPr>
            <w:r w:rsidRPr="004B0786">
              <w:rPr>
                <w:rFonts w:cs="Times New Roman"/>
                <w:color w:val="1F1F1F"/>
                <w:sz w:val="16"/>
                <w:szCs w:val="24"/>
                <w:lang w:val="hr-HR"/>
              </w:rPr>
              <w:t>Preporučili bi suradnju drugim ustanovama</w:t>
            </w:r>
          </w:p>
        </w:tc>
        <w:tc>
          <w:tcPr>
            <w:tcW w:w="2126" w:type="dxa"/>
            <w:shd w:val="clear" w:color="auto" w:fill="F5F8FA"/>
            <w:tcMar>
              <w:top w:w="90" w:type="dxa"/>
              <w:left w:w="90" w:type="dxa"/>
              <w:bottom w:w="90" w:type="dxa"/>
              <w:right w:w="90" w:type="dxa"/>
            </w:tcMar>
            <w:vAlign w:val="center"/>
            <w:hideMark/>
          </w:tcPr>
          <w:p w14:paraId="16BA12E4"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6"/>
                <w:szCs w:val="24"/>
                <w:lang w:val="hr-HR"/>
              </w:rPr>
              <w:t>6 od 6 (100,0 %)</w:t>
            </w:r>
          </w:p>
        </w:tc>
        <w:tc>
          <w:tcPr>
            <w:tcW w:w="2126" w:type="dxa"/>
            <w:shd w:val="clear" w:color="auto" w:fill="F5F8FA"/>
            <w:tcMar>
              <w:top w:w="90" w:type="dxa"/>
              <w:left w:w="90" w:type="dxa"/>
              <w:bottom w:w="90" w:type="dxa"/>
              <w:right w:w="90" w:type="dxa"/>
            </w:tcMar>
            <w:vAlign w:val="center"/>
            <w:hideMark/>
          </w:tcPr>
          <w:p w14:paraId="7B737DCE" w14:textId="77777777" w:rsidR="004B0786" w:rsidRPr="004B0786" w:rsidRDefault="004B0786" w:rsidP="004B0786">
            <w:pPr>
              <w:spacing w:after="0"/>
              <w:jc w:val="center"/>
              <w:rPr>
                <w:rFonts w:ascii="Times New Roman" w:hAnsi="Times New Roman" w:cs="Times New Roman"/>
                <w:sz w:val="24"/>
                <w:szCs w:val="24"/>
                <w:lang w:val="hr-HR"/>
              </w:rPr>
            </w:pPr>
            <w:r w:rsidRPr="004B0786">
              <w:rPr>
                <w:rFonts w:cs="Times New Roman"/>
                <w:color w:val="1F1F1F"/>
                <w:sz w:val="16"/>
                <w:szCs w:val="24"/>
                <w:lang w:val="hr-HR"/>
              </w:rPr>
              <w:t>7 od 7 (100,0 %)</w:t>
            </w:r>
          </w:p>
        </w:tc>
      </w:tr>
    </w:tbl>
    <w:p w14:paraId="7095BECF" w14:textId="77777777" w:rsidR="004B0786" w:rsidRDefault="004B0786" w:rsidP="004B0786">
      <w:pPr>
        <w:jc w:val="both"/>
        <w:rPr>
          <w:rFonts w:ascii="Times New Roman" w:hAnsi="Times New Roman" w:cs="Times New Roman"/>
          <w:sz w:val="24"/>
          <w:szCs w:val="24"/>
          <w:lang w:val="hr-HR"/>
        </w:rPr>
      </w:pPr>
    </w:p>
    <w:p w14:paraId="3BC5FF30" w14:textId="77777777" w:rsidR="004B0786" w:rsidRPr="004B0786" w:rsidRDefault="004B0786" w:rsidP="004B0786">
      <w:pPr>
        <w:jc w:val="both"/>
        <w:rPr>
          <w:rFonts w:ascii="Times New Roman" w:hAnsi="Times New Roman" w:cs="Times New Roman"/>
          <w:sz w:val="24"/>
          <w:szCs w:val="24"/>
          <w:lang w:val="hr-HR"/>
        </w:rPr>
      </w:pPr>
      <w:r w:rsidRPr="004B0786">
        <w:rPr>
          <w:rFonts w:ascii="Times New Roman" w:hAnsi="Times New Roman" w:cs="Times New Roman"/>
          <w:sz w:val="24"/>
          <w:szCs w:val="24"/>
          <w:lang w:val="hr-HR"/>
        </w:rPr>
        <w:t>Kod oba studijska programa svi su poslodavci naveli da bi ponovno prihvatili studente na stručnu praksu i drugim ustanovama preporučili uključivanje u njezinu provedbu. Svi poslodavci koji su procjenjivali studente Sestrinstva razmotrili bi njihovo zapošljavanje. Kod Fizioterapije pet poslodavaca razmotrilo bi zapošljavanje, dok dva nisu mogla dati procjenu; negativnih odgovora nije bilo.</w:t>
      </w:r>
    </w:p>
    <w:p w14:paraId="48C21F91" w14:textId="77777777" w:rsidR="004B0786" w:rsidRDefault="004B0786" w:rsidP="004B0786">
      <w:pPr>
        <w:jc w:val="both"/>
        <w:rPr>
          <w:rFonts w:ascii="Times New Roman" w:hAnsi="Times New Roman" w:cs="Times New Roman"/>
          <w:b/>
          <w:bCs/>
          <w:sz w:val="24"/>
          <w:szCs w:val="24"/>
          <w:lang w:val="hr-HR"/>
        </w:rPr>
      </w:pPr>
    </w:p>
    <w:p w14:paraId="5A41DB8F" w14:textId="77777777" w:rsidR="004B0786" w:rsidRPr="004B0786" w:rsidRDefault="004B0786" w:rsidP="004B0786">
      <w:pPr>
        <w:pStyle w:val="Heading3"/>
        <w:jc w:val="both"/>
        <w:rPr>
          <w:rFonts w:ascii="Times New Roman" w:hAnsi="Times New Roman" w:cs="Times New Roman"/>
          <w:sz w:val="24"/>
          <w:szCs w:val="24"/>
          <w:lang w:val="hr-HR"/>
        </w:rPr>
      </w:pPr>
      <w:r w:rsidRPr="004B0786">
        <w:rPr>
          <w:rFonts w:ascii="Times New Roman" w:hAnsi="Times New Roman" w:cs="Times New Roman"/>
          <w:sz w:val="24"/>
          <w:szCs w:val="24"/>
          <w:lang w:val="hr-HR"/>
        </w:rPr>
        <w:t>Ograničenje usporedbe</w:t>
      </w:r>
    </w:p>
    <w:p w14:paraId="2B90EDA5" w14:textId="77777777" w:rsidR="004B0786" w:rsidRPr="004B0786" w:rsidRDefault="004B0786" w:rsidP="004B0786">
      <w:pPr>
        <w:jc w:val="both"/>
        <w:rPr>
          <w:rFonts w:ascii="Times New Roman" w:hAnsi="Times New Roman" w:cs="Times New Roman"/>
          <w:sz w:val="24"/>
          <w:szCs w:val="24"/>
          <w:lang w:val="hr-HR"/>
        </w:rPr>
      </w:pPr>
      <w:r w:rsidRPr="004B0786">
        <w:rPr>
          <w:rFonts w:ascii="Times New Roman" w:hAnsi="Times New Roman" w:cs="Times New Roman"/>
          <w:sz w:val="24"/>
          <w:szCs w:val="24"/>
          <w:lang w:val="hr-HR"/>
        </w:rPr>
        <w:t>Dobivene razlike potrebno je tumačiti oprezno. Usporedba se temelji na malom broju anketnih odgovora, ustanove se razlikuju prema području rada i uvjetima provedbe prakse, a nisu provedeni statistički testovi značajnosti razlika. Rezultati stoga predstavljaju opis iskustava uključenih poslodavaca i nisu dostatni za zaključak da su studenti jednoga studija općenito bolje pripremljeni od studenata drugoga studija.</w:t>
      </w:r>
    </w:p>
    <w:p w14:paraId="71F98D9C" w14:textId="77777777" w:rsidR="00CF3CD2" w:rsidRPr="00CF3CD2" w:rsidRDefault="00CF3CD2" w:rsidP="00CF3CD2">
      <w:pPr>
        <w:jc w:val="both"/>
        <w:rPr>
          <w:rFonts w:ascii="Times New Roman" w:hAnsi="Times New Roman" w:cs="Times New Roman"/>
          <w:sz w:val="24"/>
          <w:szCs w:val="24"/>
        </w:rPr>
      </w:pPr>
    </w:p>
    <w:p w14:paraId="0DBA7C22" w14:textId="77777777" w:rsidR="00AB2BE3" w:rsidRPr="00CF3CD2" w:rsidRDefault="00681641">
      <w:pPr>
        <w:pStyle w:val="Heading1"/>
        <w:rPr>
          <w:rFonts w:ascii="Times New Roman" w:hAnsi="Times New Roman" w:cs="Times New Roman"/>
          <w:sz w:val="24"/>
          <w:szCs w:val="24"/>
        </w:rPr>
      </w:pPr>
      <w:r w:rsidRPr="00CF3CD2">
        <w:rPr>
          <w:rFonts w:ascii="Times New Roman" w:hAnsi="Times New Roman" w:cs="Times New Roman"/>
          <w:sz w:val="24"/>
          <w:szCs w:val="24"/>
        </w:rPr>
        <w:t xml:space="preserve">4. </w:t>
      </w:r>
      <w:proofErr w:type="spellStart"/>
      <w:r w:rsidRPr="00CF3CD2">
        <w:rPr>
          <w:rFonts w:ascii="Times New Roman" w:hAnsi="Times New Roman" w:cs="Times New Roman"/>
          <w:sz w:val="24"/>
          <w:szCs w:val="24"/>
        </w:rPr>
        <w:t>Suradnja</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pripremljenost</w:t>
      </w:r>
      <w:proofErr w:type="spellEnd"/>
      <w:r w:rsidRPr="00CF3CD2">
        <w:rPr>
          <w:rFonts w:ascii="Times New Roman" w:hAnsi="Times New Roman" w:cs="Times New Roman"/>
          <w:sz w:val="24"/>
          <w:szCs w:val="24"/>
        </w:rPr>
        <w:t xml:space="preserve"> za rad u </w:t>
      </w:r>
      <w:proofErr w:type="spellStart"/>
      <w:r w:rsidRPr="00CF3CD2">
        <w:rPr>
          <w:rFonts w:ascii="Times New Roman" w:hAnsi="Times New Roman" w:cs="Times New Roman"/>
          <w:sz w:val="24"/>
          <w:szCs w:val="24"/>
        </w:rPr>
        <w:t>struci</w:t>
      </w:r>
      <w:proofErr w:type="spellEnd"/>
    </w:p>
    <w:p w14:paraId="4638CB8A" w14:textId="77777777" w:rsidR="00AB2BE3" w:rsidRPr="00CF3CD2" w:rsidRDefault="00681641">
      <w:pPr>
        <w:pStyle w:val="Heading2"/>
        <w:rPr>
          <w:rFonts w:ascii="Times New Roman" w:hAnsi="Times New Roman" w:cs="Times New Roman"/>
          <w:szCs w:val="24"/>
        </w:rPr>
      </w:pPr>
      <w:r w:rsidRPr="00CF3CD2">
        <w:rPr>
          <w:rFonts w:ascii="Times New Roman" w:hAnsi="Times New Roman" w:cs="Times New Roman"/>
          <w:szCs w:val="24"/>
        </w:rPr>
        <w:t xml:space="preserve">4.1. </w:t>
      </w:r>
      <w:proofErr w:type="spellStart"/>
      <w:r w:rsidRPr="00CF3CD2">
        <w:rPr>
          <w:rFonts w:ascii="Times New Roman" w:hAnsi="Times New Roman" w:cs="Times New Roman"/>
          <w:szCs w:val="24"/>
        </w:rPr>
        <w:t>Suradnja</w:t>
      </w:r>
      <w:proofErr w:type="spellEnd"/>
      <w:r w:rsidRPr="00CF3CD2">
        <w:rPr>
          <w:rFonts w:ascii="Times New Roman" w:hAnsi="Times New Roman" w:cs="Times New Roman"/>
          <w:szCs w:val="24"/>
        </w:rPr>
        <w:t xml:space="preserve"> s </w:t>
      </w:r>
      <w:proofErr w:type="spellStart"/>
      <w:r w:rsidRPr="00CF3CD2">
        <w:rPr>
          <w:rFonts w:ascii="Times New Roman" w:hAnsi="Times New Roman" w:cs="Times New Roman"/>
          <w:szCs w:val="24"/>
        </w:rPr>
        <w:t>Veleučilištem</w:t>
      </w:r>
      <w:proofErr w:type="spellEnd"/>
    </w:p>
    <w:p w14:paraId="0BE546E7" w14:textId="77777777" w:rsidR="00AB2BE3" w:rsidRDefault="00681641" w:rsidP="00CF3CD2">
      <w:pPr>
        <w:jc w:val="both"/>
        <w:rPr>
          <w:rFonts w:ascii="Times New Roman" w:hAnsi="Times New Roman" w:cs="Times New Roman"/>
          <w:sz w:val="24"/>
          <w:szCs w:val="24"/>
        </w:rPr>
      </w:pPr>
      <w:r w:rsidRPr="00CF3CD2">
        <w:rPr>
          <w:rFonts w:ascii="Times New Roman" w:hAnsi="Times New Roman" w:cs="Times New Roman"/>
          <w:sz w:val="24"/>
          <w:szCs w:val="24"/>
        </w:rPr>
        <w:t xml:space="preserve">Sedam </w:t>
      </w:r>
      <w:proofErr w:type="spellStart"/>
      <w:r w:rsidRPr="00CF3CD2">
        <w:rPr>
          <w:rFonts w:ascii="Times New Roman" w:hAnsi="Times New Roman" w:cs="Times New Roman"/>
          <w:sz w:val="24"/>
          <w:szCs w:val="24"/>
        </w:rPr>
        <w:t>ispitanika</w:t>
      </w:r>
      <w:proofErr w:type="spellEnd"/>
      <w:r w:rsidRPr="00CF3CD2">
        <w:rPr>
          <w:rFonts w:ascii="Times New Roman" w:hAnsi="Times New Roman" w:cs="Times New Roman"/>
          <w:sz w:val="24"/>
          <w:szCs w:val="24"/>
        </w:rPr>
        <w:t xml:space="preserve"> (50,0 %) </w:t>
      </w:r>
      <w:proofErr w:type="spellStart"/>
      <w:r w:rsidRPr="00CF3CD2">
        <w:rPr>
          <w:rFonts w:ascii="Times New Roman" w:hAnsi="Times New Roman" w:cs="Times New Roman"/>
          <w:sz w:val="24"/>
          <w:szCs w:val="24"/>
        </w:rPr>
        <w:t>izjavilo</w:t>
      </w:r>
      <w:proofErr w:type="spellEnd"/>
      <w:r w:rsidRPr="00CF3CD2">
        <w:rPr>
          <w:rFonts w:ascii="Times New Roman" w:hAnsi="Times New Roman" w:cs="Times New Roman"/>
          <w:sz w:val="24"/>
          <w:szCs w:val="24"/>
        </w:rPr>
        <w:t xml:space="preserve"> je da je </w:t>
      </w:r>
      <w:proofErr w:type="spellStart"/>
      <w:r w:rsidRPr="00CF3CD2">
        <w:rPr>
          <w:rFonts w:ascii="Times New Roman" w:hAnsi="Times New Roman" w:cs="Times New Roman"/>
          <w:sz w:val="24"/>
          <w:szCs w:val="24"/>
        </w:rPr>
        <w:t>vrlo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zadovoljno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suradnjom</w:t>
      </w:r>
      <w:proofErr w:type="spellEnd"/>
      <w:r w:rsidRPr="00CF3CD2">
        <w:rPr>
          <w:rFonts w:ascii="Times New Roman" w:hAnsi="Times New Roman" w:cs="Times New Roman"/>
          <w:sz w:val="24"/>
          <w:szCs w:val="24"/>
        </w:rPr>
        <w:t xml:space="preserve"> s </w:t>
      </w:r>
      <w:proofErr w:type="spellStart"/>
      <w:r w:rsidRPr="00CF3CD2">
        <w:rPr>
          <w:rFonts w:ascii="Times New Roman" w:hAnsi="Times New Roman" w:cs="Times New Roman"/>
          <w:sz w:val="24"/>
          <w:szCs w:val="24"/>
        </w:rPr>
        <w:t>Veleučilištem</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tijekom</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organizacije</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provedbe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prakse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šest</w:t>
      </w:r>
      <w:proofErr w:type="spellEnd"/>
      <w:r w:rsidRPr="00CF3CD2">
        <w:rPr>
          <w:rFonts w:ascii="Times New Roman" w:hAnsi="Times New Roman" w:cs="Times New Roman"/>
          <w:sz w:val="24"/>
          <w:szCs w:val="24"/>
        </w:rPr>
        <w:t xml:space="preserve"> (42,9 %) da je </w:t>
      </w:r>
      <w:proofErr w:type="spellStart"/>
      <w:r w:rsidRPr="00CF3CD2">
        <w:rPr>
          <w:rFonts w:ascii="Times New Roman" w:hAnsi="Times New Roman" w:cs="Times New Roman"/>
          <w:sz w:val="24"/>
          <w:szCs w:val="24"/>
        </w:rPr>
        <w:t>zadovoljno</w:t>
      </w:r>
      <w:proofErr w:type="spellEnd"/>
      <w:r w:rsidRPr="00CF3CD2">
        <w:rPr>
          <w:rFonts w:ascii="Times New Roman" w:hAnsi="Times New Roman" w:cs="Times New Roman"/>
          <w:sz w:val="24"/>
          <w:szCs w:val="24"/>
        </w:rPr>
        <w:t xml:space="preserve">, a </w:t>
      </w:r>
      <w:proofErr w:type="spellStart"/>
      <w:r w:rsidRPr="00CF3CD2">
        <w:rPr>
          <w:rFonts w:ascii="Times New Roman" w:hAnsi="Times New Roman" w:cs="Times New Roman"/>
          <w:sz w:val="24"/>
          <w:szCs w:val="24"/>
        </w:rPr>
        <w:t>jedan</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ispitanik</w:t>
      </w:r>
      <w:proofErr w:type="spellEnd"/>
      <w:r w:rsidRPr="00CF3CD2">
        <w:rPr>
          <w:rFonts w:ascii="Times New Roman" w:hAnsi="Times New Roman" w:cs="Times New Roman"/>
          <w:sz w:val="24"/>
          <w:szCs w:val="24"/>
        </w:rPr>
        <w:t xml:space="preserve"> (7,1 %) dao je </w:t>
      </w:r>
      <w:proofErr w:type="spellStart"/>
      <w:r w:rsidRPr="00CF3CD2">
        <w:rPr>
          <w:rFonts w:ascii="Times New Roman" w:hAnsi="Times New Roman" w:cs="Times New Roman"/>
          <w:sz w:val="24"/>
          <w:szCs w:val="24"/>
        </w:rPr>
        <w:t>neutralnu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ocjenu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Nije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zabilježen</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nijedan</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odgovor</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nezadovoljstva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Zbrojeno</w:t>
      </w:r>
      <w:proofErr w:type="spellEnd"/>
      <w:r w:rsidRPr="00CF3CD2">
        <w:rPr>
          <w:rFonts w:ascii="Times New Roman" w:hAnsi="Times New Roman" w:cs="Times New Roman"/>
          <w:sz w:val="24"/>
          <w:szCs w:val="24"/>
        </w:rPr>
        <w:t xml:space="preserve">, 92,9 % </w:t>
      </w:r>
      <w:proofErr w:type="spellStart"/>
      <w:r w:rsidRPr="00CF3CD2">
        <w:rPr>
          <w:rFonts w:ascii="Times New Roman" w:hAnsi="Times New Roman" w:cs="Times New Roman"/>
          <w:sz w:val="24"/>
          <w:szCs w:val="24"/>
        </w:rPr>
        <w:t>ispitanika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iskazalo</w:t>
      </w:r>
      <w:proofErr w:type="spellEnd"/>
      <w:r w:rsidRPr="00CF3CD2">
        <w:rPr>
          <w:rFonts w:ascii="Times New Roman" w:hAnsi="Times New Roman" w:cs="Times New Roman"/>
          <w:sz w:val="24"/>
          <w:szCs w:val="24"/>
        </w:rPr>
        <w:t xml:space="preserve"> je </w:t>
      </w:r>
      <w:proofErr w:type="spellStart"/>
      <w:r w:rsidRPr="00CF3CD2">
        <w:rPr>
          <w:rFonts w:ascii="Times New Roman" w:hAnsi="Times New Roman" w:cs="Times New Roman"/>
          <w:sz w:val="24"/>
          <w:szCs w:val="24"/>
        </w:rPr>
        <w:t>zadovoljstvo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ili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veliko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zadovoljstvo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suradnjom</w:t>
      </w:r>
      <w:proofErr w:type="spellEnd"/>
      <w:r w:rsidRPr="00CF3CD2">
        <w:rPr>
          <w:rFonts w:ascii="Times New Roman" w:hAnsi="Times New Roman" w:cs="Times New Roman"/>
          <w:sz w:val="24"/>
          <w:szCs w:val="24"/>
        </w:rPr>
        <w:t>.</w:t>
      </w:r>
    </w:p>
    <w:p w14:paraId="547B514A" w14:textId="77777777" w:rsidR="00B878BB" w:rsidRDefault="00B878BB" w:rsidP="00CF3CD2">
      <w:pPr>
        <w:jc w:val="both"/>
        <w:rPr>
          <w:rFonts w:ascii="Times New Roman" w:hAnsi="Times New Roman" w:cs="Times New Roman"/>
          <w:sz w:val="24"/>
          <w:szCs w:val="24"/>
        </w:rPr>
      </w:pPr>
    </w:p>
    <w:p w14:paraId="4DCCE2E1" w14:textId="77777777" w:rsidR="00B878BB" w:rsidRDefault="00B878BB" w:rsidP="00CF3CD2">
      <w:pPr>
        <w:jc w:val="both"/>
        <w:rPr>
          <w:rFonts w:ascii="Times New Roman" w:hAnsi="Times New Roman" w:cs="Times New Roman"/>
          <w:sz w:val="24"/>
          <w:szCs w:val="24"/>
        </w:rPr>
      </w:pPr>
    </w:p>
    <w:p w14:paraId="5DE040B1" w14:textId="77777777" w:rsidR="00B878BB" w:rsidRPr="00CF3CD2" w:rsidRDefault="00B878BB" w:rsidP="00CF3CD2">
      <w:pPr>
        <w:jc w:val="both"/>
        <w:rPr>
          <w:rFonts w:ascii="Times New Roman" w:hAnsi="Times New Roman" w:cs="Times New Roman"/>
          <w:sz w:val="24"/>
          <w:szCs w:val="24"/>
        </w:rPr>
      </w:pPr>
    </w:p>
    <w:p w14:paraId="75DDB041" w14:textId="77777777" w:rsidR="00AB2BE3" w:rsidRPr="00CF3CD2" w:rsidRDefault="00681641">
      <w:pPr>
        <w:pStyle w:val="Heading2"/>
        <w:rPr>
          <w:rFonts w:ascii="Times New Roman" w:hAnsi="Times New Roman" w:cs="Times New Roman"/>
          <w:szCs w:val="24"/>
        </w:rPr>
      </w:pPr>
      <w:r w:rsidRPr="00CF3CD2">
        <w:rPr>
          <w:rFonts w:ascii="Times New Roman" w:hAnsi="Times New Roman" w:cs="Times New Roman"/>
          <w:szCs w:val="24"/>
        </w:rPr>
        <w:t xml:space="preserve">4.2. </w:t>
      </w:r>
      <w:proofErr w:type="spellStart"/>
      <w:r w:rsidRPr="00CF3CD2">
        <w:rPr>
          <w:rFonts w:ascii="Times New Roman" w:hAnsi="Times New Roman" w:cs="Times New Roman"/>
          <w:szCs w:val="24"/>
        </w:rPr>
        <w:t>Pripremljenost</w:t>
      </w:r>
      <w:proofErr w:type="spellEnd"/>
      <w:r w:rsidRPr="00CF3CD2">
        <w:rPr>
          <w:rFonts w:ascii="Times New Roman" w:hAnsi="Times New Roman" w:cs="Times New Roman"/>
          <w:szCs w:val="24"/>
        </w:rPr>
        <w:t xml:space="preserve"> za rad </w:t>
      </w:r>
      <w:proofErr w:type="spellStart"/>
      <w:r w:rsidRPr="00CF3CD2">
        <w:rPr>
          <w:rFonts w:ascii="Times New Roman" w:hAnsi="Times New Roman" w:cs="Times New Roman"/>
          <w:szCs w:val="24"/>
        </w:rPr>
        <w:t>nakon</w:t>
      </w:r>
      <w:proofErr w:type="spellEnd"/>
      <w:r w:rsidRPr="00CF3CD2">
        <w:rPr>
          <w:rFonts w:ascii="Times New Roman" w:hAnsi="Times New Roman" w:cs="Times New Roman"/>
          <w:szCs w:val="24"/>
        </w:rPr>
        <w:t xml:space="preserve"> </w:t>
      </w:r>
      <w:proofErr w:type="spellStart"/>
      <w:r w:rsidRPr="00CF3CD2">
        <w:rPr>
          <w:rFonts w:ascii="Times New Roman" w:hAnsi="Times New Roman" w:cs="Times New Roman"/>
          <w:szCs w:val="24"/>
        </w:rPr>
        <w:t>studija</w:t>
      </w:r>
      <w:proofErr w:type="spellEnd"/>
    </w:p>
    <w:p w14:paraId="54BFB17C" w14:textId="77777777" w:rsidR="00AB2BE3" w:rsidRPr="00CF3CD2" w:rsidRDefault="00681641" w:rsidP="00CF3CD2">
      <w:pPr>
        <w:jc w:val="both"/>
        <w:rPr>
          <w:rFonts w:ascii="Times New Roman" w:hAnsi="Times New Roman" w:cs="Times New Roman"/>
          <w:sz w:val="24"/>
          <w:szCs w:val="24"/>
        </w:rPr>
      </w:pPr>
      <w:r w:rsidRPr="00CF3CD2">
        <w:rPr>
          <w:rFonts w:ascii="Times New Roman" w:hAnsi="Times New Roman" w:cs="Times New Roman"/>
          <w:sz w:val="24"/>
          <w:szCs w:val="24"/>
        </w:rPr>
        <w:t xml:space="preserve">Jedan </w:t>
      </w:r>
      <w:proofErr w:type="spellStart"/>
      <w:r w:rsidRPr="00CF3CD2">
        <w:rPr>
          <w:rFonts w:ascii="Times New Roman" w:hAnsi="Times New Roman" w:cs="Times New Roman"/>
          <w:sz w:val="24"/>
          <w:szCs w:val="24"/>
        </w:rPr>
        <w:t>ispitanik</w:t>
      </w:r>
      <w:proofErr w:type="spellEnd"/>
      <w:r w:rsidRPr="00CF3CD2">
        <w:rPr>
          <w:rFonts w:ascii="Times New Roman" w:hAnsi="Times New Roman" w:cs="Times New Roman"/>
          <w:sz w:val="24"/>
          <w:szCs w:val="24"/>
        </w:rPr>
        <w:t xml:space="preserve"> (7,1 %) </w:t>
      </w:r>
      <w:proofErr w:type="spellStart"/>
      <w:r w:rsidRPr="00CF3CD2">
        <w:rPr>
          <w:rFonts w:ascii="Times New Roman" w:hAnsi="Times New Roman" w:cs="Times New Roman"/>
          <w:sz w:val="24"/>
          <w:szCs w:val="24"/>
        </w:rPr>
        <w:t>smatra</w:t>
      </w:r>
      <w:proofErr w:type="spellEnd"/>
      <w:r w:rsidRPr="00CF3CD2">
        <w:rPr>
          <w:rFonts w:ascii="Times New Roman" w:hAnsi="Times New Roman" w:cs="Times New Roman"/>
          <w:sz w:val="24"/>
          <w:szCs w:val="24"/>
        </w:rPr>
        <w:t xml:space="preserve"> da </w:t>
      </w:r>
      <w:proofErr w:type="spellStart"/>
      <w:r w:rsidRPr="00CF3CD2">
        <w:rPr>
          <w:rFonts w:ascii="Times New Roman" w:hAnsi="Times New Roman" w:cs="Times New Roman"/>
          <w:sz w:val="24"/>
          <w:szCs w:val="24"/>
        </w:rPr>
        <w:t>su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studenti</w:t>
      </w:r>
      <w:proofErr w:type="spellEnd"/>
      <w:r w:rsidRPr="00CF3CD2">
        <w:rPr>
          <w:rFonts w:ascii="Times New Roman" w:hAnsi="Times New Roman" w:cs="Times New Roman"/>
          <w:sz w:val="24"/>
          <w:szCs w:val="24"/>
        </w:rPr>
        <w:t xml:space="preserve"> u </w:t>
      </w:r>
      <w:proofErr w:type="spellStart"/>
      <w:r w:rsidRPr="00CF3CD2">
        <w:rPr>
          <w:rFonts w:ascii="Times New Roman" w:hAnsi="Times New Roman" w:cs="Times New Roman"/>
          <w:sz w:val="24"/>
          <w:szCs w:val="24"/>
        </w:rPr>
        <w:t>potpunosti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pripremljeni</w:t>
      </w:r>
      <w:proofErr w:type="spellEnd"/>
      <w:r w:rsidRPr="00CF3CD2">
        <w:rPr>
          <w:rFonts w:ascii="Times New Roman" w:hAnsi="Times New Roman" w:cs="Times New Roman"/>
          <w:sz w:val="24"/>
          <w:szCs w:val="24"/>
        </w:rPr>
        <w:t xml:space="preserve"> za rad u </w:t>
      </w:r>
      <w:proofErr w:type="spellStart"/>
      <w:r w:rsidRPr="00CF3CD2">
        <w:rPr>
          <w:rFonts w:ascii="Times New Roman" w:hAnsi="Times New Roman" w:cs="Times New Roman"/>
          <w:sz w:val="24"/>
          <w:szCs w:val="24"/>
        </w:rPr>
        <w:t>struci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devet</w:t>
      </w:r>
      <w:proofErr w:type="spellEnd"/>
      <w:r w:rsidRPr="00CF3CD2">
        <w:rPr>
          <w:rFonts w:ascii="Times New Roman" w:hAnsi="Times New Roman" w:cs="Times New Roman"/>
          <w:sz w:val="24"/>
          <w:szCs w:val="24"/>
        </w:rPr>
        <w:t xml:space="preserve"> (64,3 %) da </w:t>
      </w:r>
      <w:proofErr w:type="spellStart"/>
      <w:r w:rsidRPr="00CF3CD2">
        <w:rPr>
          <w:rFonts w:ascii="Times New Roman" w:hAnsi="Times New Roman" w:cs="Times New Roman"/>
          <w:sz w:val="24"/>
          <w:szCs w:val="24"/>
        </w:rPr>
        <w:t>su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uglavnom</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pripremljeni</w:t>
      </w:r>
      <w:proofErr w:type="spellEnd"/>
      <w:r w:rsidRPr="00CF3CD2">
        <w:rPr>
          <w:rFonts w:ascii="Times New Roman" w:hAnsi="Times New Roman" w:cs="Times New Roman"/>
          <w:sz w:val="24"/>
          <w:szCs w:val="24"/>
        </w:rPr>
        <w:t xml:space="preserve">, a </w:t>
      </w:r>
      <w:proofErr w:type="spellStart"/>
      <w:r w:rsidRPr="00CF3CD2">
        <w:rPr>
          <w:rFonts w:ascii="Times New Roman" w:hAnsi="Times New Roman" w:cs="Times New Roman"/>
          <w:sz w:val="24"/>
          <w:szCs w:val="24"/>
        </w:rPr>
        <w:t>četiri</w:t>
      </w:r>
      <w:proofErr w:type="spellEnd"/>
      <w:r w:rsidRPr="00CF3CD2">
        <w:rPr>
          <w:rFonts w:ascii="Times New Roman" w:hAnsi="Times New Roman" w:cs="Times New Roman"/>
          <w:sz w:val="24"/>
          <w:szCs w:val="24"/>
        </w:rPr>
        <w:t xml:space="preserve"> (28,6 %) da </w:t>
      </w:r>
      <w:proofErr w:type="spellStart"/>
      <w:r w:rsidRPr="00CF3CD2">
        <w:rPr>
          <w:rFonts w:ascii="Times New Roman" w:hAnsi="Times New Roman" w:cs="Times New Roman"/>
          <w:sz w:val="24"/>
          <w:szCs w:val="24"/>
        </w:rPr>
        <w:t>su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djelomično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pripremljeni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Nitko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nije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naveo</w:t>
      </w:r>
      <w:proofErr w:type="spellEnd"/>
      <w:r w:rsidRPr="00CF3CD2">
        <w:rPr>
          <w:rFonts w:ascii="Times New Roman" w:hAnsi="Times New Roman" w:cs="Times New Roman"/>
          <w:sz w:val="24"/>
          <w:szCs w:val="24"/>
        </w:rPr>
        <w:t xml:space="preserve"> da </w:t>
      </w:r>
      <w:proofErr w:type="spellStart"/>
      <w:r w:rsidRPr="00CF3CD2">
        <w:rPr>
          <w:rFonts w:ascii="Times New Roman" w:hAnsi="Times New Roman" w:cs="Times New Roman"/>
          <w:sz w:val="24"/>
          <w:szCs w:val="24"/>
        </w:rPr>
        <w:t>studenti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nisu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pripremljeni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Ukupno</w:t>
      </w:r>
      <w:proofErr w:type="spellEnd"/>
      <w:r w:rsidRPr="00CF3CD2">
        <w:rPr>
          <w:rFonts w:ascii="Times New Roman" w:hAnsi="Times New Roman" w:cs="Times New Roman"/>
          <w:sz w:val="24"/>
          <w:szCs w:val="24"/>
        </w:rPr>
        <w:t xml:space="preserve"> 71,4 % </w:t>
      </w:r>
      <w:proofErr w:type="spellStart"/>
      <w:r w:rsidRPr="00CF3CD2">
        <w:rPr>
          <w:rFonts w:ascii="Times New Roman" w:hAnsi="Times New Roman" w:cs="Times New Roman"/>
          <w:sz w:val="24"/>
          <w:szCs w:val="24"/>
        </w:rPr>
        <w:t>odgovora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procjenjuje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studente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uglavnom</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ili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potpuno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pripremljenima</w:t>
      </w:r>
      <w:proofErr w:type="spellEnd"/>
      <w:r w:rsidRPr="00CF3CD2">
        <w:rPr>
          <w:rFonts w:ascii="Times New Roman" w:hAnsi="Times New Roman" w:cs="Times New Roman"/>
          <w:sz w:val="24"/>
          <w:szCs w:val="24"/>
        </w:rPr>
        <w:t>.</w:t>
      </w:r>
    </w:p>
    <w:p w14:paraId="5908D642" w14:textId="77777777" w:rsidR="00AB2BE3" w:rsidRPr="00CF3CD2" w:rsidRDefault="00681641">
      <w:pPr>
        <w:jc w:val="center"/>
        <w:rPr>
          <w:rFonts w:ascii="Times New Roman" w:hAnsi="Times New Roman" w:cs="Times New Roman"/>
          <w:sz w:val="24"/>
          <w:szCs w:val="24"/>
        </w:rPr>
      </w:pPr>
      <w:r w:rsidRPr="00CF3CD2">
        <w:rPr>
          <w:rFonts w:ascii="Times New Roman" w:hAnsi="Times New Roman" w:cs="Times New Roman"/>
          <w:noProof/>
          <w:sz w:val="24"/>
          <w:szCs w:val="24"/>
        </w:rPr>
        <w:drawing>
          <wp:inline distT="0" distB="0" distL="0" distR="0" wp14:anchorId="7D9ADE53" wp14:editId="39501768">
            <wp:extent cx="5760000" cy="2427129"/>
            <wp:effectExtent l="0" t="0" r="0" b="0"/>
            <wp:docPr id="2" name="Picture 2" descr="Dva stupčasta grafikona: zadovoljstvo suradnjom s Veleučilištem i procjena pripremljenosti studenata za rad u struci." title="Dva stupčasta grafikona: zadovoljstvo suradnjom s Veleučilištem i procjena pripremljenosti studenata za rad u stru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adnja_pripremljenost.png"/>
                    <pic:cNvPicPr/>
                  </pic:nvPicPr>
                  <pic:blipFill>
                    <a:blip r:embed="rId9"/>
                    <a:stretch>
                      <a:fillRect/>
                    </a:stretch>
                  </pic:blipFill>
                  <pic:spPr>
                    <a:xfrm>
                      <a:off x="0" y="0"/>
                      <a:ext cx="5760000" cy="2427129"/>
                    </a:xfrm>
                    <a:prstGeom prst="rect">
                      <a:avLst/>
                    </a:prstGeom>
                  </pic:spPr>
                </pic:pic>
              </a:graphicData>
            </a:graphic>
          </wp:inline>
        </w:drawing>
      </w:r>
    </w:p>
    <w:p w14:paraId="4310979D" w14:textId="77777777" w:rsidR="00AB2BE3" w:rsidRPr="00CF3CD2" w:rsidRDefault="00681641">
      <w:pPr>
        <w:pStyle w:val="Caption"/>
        <w:jc w:val="center"/>
        <w:rPr>
          <w:rFonts w:ascii="Times New Roman" w:hAnsi="Times New Roman" w:cs="Times New Roman"/>
          <w:sz w:val="24"/>
          <w:szCs w:val="24"/>
        </w:rPr>
      </w:pPr>
      <w:proofErr w:type="spellStart"/>
      <w:r w:rsidRPr="00CF3CD2">
        <w:rPr>
          <w:rFonts w:ascii="Times New Roman" w:hAnsi="Times New Roman" w:cs="Times New Roman"/>
          <w:b w:val="0"/>
          <w:i/>
          <w:color w:val="1F1F1F"/>
          <w:sz w:val="24"/>
          <w:szCs w:val="24"/>
        </w:rPr>
        <w:t>Slika</w:t>
      </w:r>
      <w:proofErr w:type="spellEnd"/>
      <w:r w:rsidRPr="00CF3CD2">
        <w:rPr>
          <w:rFonts w:ascii="Times New Roman" w:hAnsi="Times New Roman" w:cs="Times New Roman"/>
          <w:b w:val="0"/>
          <w:i/>
          <w:color w:val="1F1F1F"/>
          <w:sz w:val="24"/>
          <w:szCs w:val="24"/>
        </w:rPr>
        <w:t xml:space="preserve"> 2. </w:t>
      </w:r>
      <w:proofErr w:type="spellStart"/>
      <w:r w:rsidRPr="00CF3CD2">
        <w:rPr>
          <w:rFonts w:ascii="Times New Roman" w:hAnsi="Times New Roman" w:cs="Times New Roman"/>
          <w:b w:val="0"/>
          <w:i/>
          <w:color w:val="1F1F1F"/>
          <w:sz w:val="24"/>
          <w:szCs w:val="24"/>
        </w:rPr>
        <w:t>Procjene</w:t>
      </w:r>
      <w:proofErr w:type="spellEnd"/>
      <w:r w:rsidRPr="00CF3CD2">
        <w:rPr>
          <w:rFonts w:ascii="Times New Roman" w:hAnsi="Times New Roman" w:cs="Times New Roman"/>
          <w:b w:val="0"/>
          <w:i/>
          <w:color w:val="1F1F1F"/>
          <w:sz w:val="24"/>
          <w:szCs w:val="24"/>
        </w:rPr>
        <w:t xml:space="preserve"> </w:t>
      </w:r>
      <w:proofErr w:type="spellStart"/>
      <w:r w:rsidRPr="00CF3CD2">
        <w:rPr>
          <w:rFonts w:ascii="Times New Roman" w:hAnsi="Times New Roman" w:cs="Times New Roman"/>
          <w:b w:val="0"/>
          <w:i/>
          <w:color w:val="1F1F1F"/>
          <w:sz w:val="24"/>
          <w:szCs w:val="24"/>
        </w:rPr>
        <w:t>suradnje</w:t>
      </w:r>
      <w:proofErr w:type="spellEnd"/>
      <w:r w:rsidRPr="00CF3CD2">
        <w:rPr>
          <w:rFonts w:ascii="Times New Roman" w:hAnsi="Times New Roman" w:cs="Times New Roman"/>
          <w:b w:val="0"/>
          <w:i/>
          <w:color w:val="1F1F1F"/>
          <w:sz w:val="24"/>
          <w:szCs w:val="24"/>
        </w:rPr>
        <w:t xml:space="preserve"> i </w:t>
      </w:r>
      <w:proofErr w:type="spellStart"/>
      <w:r w:rsidRPr="00CF3CD2">
        <w:rPr>
          <w:rFonts w:ascii="Times New Roman" w:hAnsi="Times New Roman" w:cs="Times New Roman"/>
          <w:b w:val="0"/>
          <w:i/>
          <w:color w:val="1F1F1F"/>
          <w:sz w:val="24"/>
          <w:szCs w:val="24"/>
        </w:rPr>
        <w:t>pripremljenosti</w:t>
      </w:r>
      <w:proofErr w:type="spellEnd"/>
      <w:r w:rsidRPr="00CF3CD2">
        <w:rPr>
          <w:rFonts w:ascii="Times New Roman" w:hAnsi="Times New Roman" w:cs="Times New Roman"/>
          <w:b w:val="0"/>
          <w:i/>
          <w:color w:val="1F1F1F"/>
          <w:sz w:val="24"/>
          <w:szCs w:val="24"/>
        </w:rPr>
        <w:t xml:space="preserve"> </w:t>
      </w:r>
      <w:proofErr w:type="spellStart"/>
      <w:r w:rsidRPr="00CF3CD2">
        <w:rPr>
          <w:rFonts w:ascii="Times New Roman" w:hAnsi="Times New Roman" w:cs="Times New Roman"/>
          <w:b w:val="0"/>
          <w:i/>
          <w:color w:val="1F1F1F"/>
          <w:sz w:val="24"/>
          <w:szCs w:val="24"/>
        </w:rPr>
        <w:t>studenata</w:t>
      </w:r>
      <w:proofErr w:type="spellEnd"/>
    </w:p>
    <w:p w14:paraId="6E95429D" w14:textId="77777777" w:rsidR="00AB2BE3" w:rsidRPr="00CF3CD2" w:rsidRDefault="00681641">
      <w:pPr>
        <w:pStyle w:val="Heading1"/>
        <w:rPr>
          <w:rFonts w:ascii="Times New Roman" w:hAnsi="Times New Roman" w:cs="Times New Roman"/>
          <w:sz w:val="24"/>
          <w:szCs w:val="24"/>
        </w:rPr>
      </w:pPr>
      <w:r w:rsidRPr="00CF3CD2">
        <w:rPr>
          <w:rFonts w:ascii="Times New Roman" w:hAnsi="Times New Roman" w:cs="Times New Roman"/>
          <w:sz w:val="24"/>
          <w:szCs w:val="24"/>
        </w:rPr>
        <w:t xml:space="preserve">5. Analiza </w:t>
      </w:r>
      <w:proofErr w:type="spellStart"/>
      <w:r w:rsidRPr="00CF3CD2">
        <w:rPr>
          <w:rFonts w:ascii="Times New Roman" w:hAnsi="Times New Roman" w:cs="Times New Roman"/>
          <w:sz w:val="24"/>
          <w:szCs w:val="24"/>
        </w:rPr>
        <w:t>otvorenih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odgovora</w:t>
      </w:r>
      <w:proofErr w:type="spellEnd"/>
    </w:p>
    <w:p w14:paraId="6F298668" w14:textId="77777777" w:rsidR="00AB2BE3" w:rsidRPr="00CF3CD2" w:rsidRDefault="00681641">
      <w:pPr>
        <w:pStyle w:val="Heading2"/>
        <w:rPr>
          <w:rFonts w:ascii="Times New Roman" w:hAnsi="Times New Roman" w:cs="Times New Roman"/>
          <w:szCs w:val="24"/>
        </w:rPr>
      </w:pPr>
      <w:r w:rsidRPr="00CF3CD2">
        <w:rPr>
          <w:rFonts w:ascii="Times New Roman" w:hAnsi="Times New Roman" w:cs="Times New Roman"/>
          <w:szCs w:val="24"/>
        </w:rPr>
        <w:t xml:space="preserve">5.1. </w:t>
      </w:r>
      <w:proofErr w:type="spellStart"/>
      <w:r w:rsidRPr="00CF3CD2">
        <w:rPr>
          <w:rFonts w:ascii="Times New Roman" w:hAnsi="Times New Roman" w:cs="Times New Roman"/>
          <w:szCs w:val="24"/>
        </w:rPr>
        <w:t>Posebno</w:t>
      </w:r>
      <w:proofErr w:type="spellEnd"/>
      <w:r w:rsidRPr="00CF3CD2">
        <w:rPr>
          <w:rFonts w:ascii="Times New Roman" w:hAnsi="Times New Roman" w:cs="Times New Roman"/>
          <w:szCs w:val="24"/>
        </w:rPr>
        <w:t xml:space="preserve"> </w:t>
      </w:r>
      <w:proofErr w:type="spellStart"/>
      <w:r w:rsidRPr="00CF3CD2">
        <w:rPr>
          <w:rFonts w:ascii="Times New Roman" w:hAnsi="Times New Roman" w:cs="Times New Roman"/>
          <w:szCs w:val="24"/>
        </w:rPr>
        <w:t>istaknute</w:t>
      </w:r>
      <w:proofErr w:type="spellEnd"/>
      <w:r w:rsidRPr="00CF3CD2">
        <w:rPr>
          <w:rFonts w:ascii="Times New Roman" w:hAnsi="Times New Roman" w:cs="Times New Roman"/>
          <w:szCs w:val="24"/>
        </w:rPr>
        <w:t xml:space="preserve"> </w:t>
      </w:r>
      <w:proofErr w:type="spellStart"/>
      <w:r w:rsidRPr="00CF3CD2">
        <w:rPr>
          <w:rFonts w:ascii="Times New Roman" w:hAnsi="Times New Roman" w:cs="Times New Roman"/>
          <w:szCs w:val="24"/>
        </w:rPr>
        <w:t>prednosti</w:t>
      </w:r>
      <w:proofErr w:type="spellEnd"/>
    </w:p>
    <w:p w14:paraId="271629E9" w14:textId="77777777" w:rsidR="00AB2BE3" w:rsidRPr="00CF3CD2" w:rsidRDefault="00681641">
      <w:pPr>
        <w:rPr>
          <w:rFonts w:ascii="Times New Roman" w:hAnsi="Times New Roman" w:cs="Times New Roman"/>
          <w:sz w:val="24"/>
          <w:szCs w:val="24"/>
        </w:rPr>
      </w:pPr>
      <w:r w:rsidRPr="00CF3CD2">
        <w:rPr>
          <w:rFonts w:ascii="Times New Roman" w:hAnsi="Times New Roman" w:cs="Times New Roman"/>
          <w:sz w:val="24"/>
          <w:szCs w:val="24"/>
        </w:rPr>
        <w:t xml:space="preserve">U </w:t>
      </w:r>
      <w:proofErr w:type="spellStart"/>
      <w:r w:rsidRPr="00CF3CD2">
        <w:rPr>
          <w:rFonts w:ascii="Times New Roman" w:hAnsi="Times New Roman" w:cs="Times New Roman"/>
          <w:sz w:val="24"/>
          <w:szCs w:val="24"/>
        </w:rPr>
        <w:t>odgovorima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poslodavaca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najčešće</w:t>
      </w:r>
      <w:proofErr w:type="spellEnd"/>
      <w:r w:rsidRPr="00CF3CD2">
        <w:rPr>
          <w:rFonts w:ascii="Times New Roman" w:hAnsi="Times New Roman" w:cs="Times New Roman"/>
          <w:sz w:val="24"/>
          <w:szCs w:val="24"/>
        </w:rPr>
        <w:t xml:space="preserve"> se </w:t>
      </w:r>
      <w:proofErr w:type="spellStart"/>
      <w:r w:rsidRPr="00CF3CD2">
        <w:rPr>
          <w:rFonts w:ascii="Times New Roman" w:hAnsi="Times New Roman" w:cs="Times New Roman"/>
          <w:sz w:val="24"/>
          <w:szCs w:val="24"/>
        </w:rPr>
        <w:t>ističu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sljedeće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prednosti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studenata</w:t>
      </w:r>
      <w:proofErr w:type="spellEnd"/>
      <w:r w:rsidRPr="00CF3CD2">
        <w:rPr>
          <w:rFonts w:ascii="Times New Roman" w:hAnsi="Times New Roman" w:cs="Times New Roman"/>
          <w:sz w:val="24"/>
          <w:szCs w:val="24"/>
        </w:rPr>
        <w:t>:</w:t>
      </w:r>
    </w:p>
    <w:p w14:paraId="1852994D" w14:textId="77777777" w:rsidR="00AB2BE3" w:rsidRPr="00CF3CD2" w:rsidRDefault="00681641">
      <w:pPr>
        <w:pStyle w:val="ListBullet"/>
        <w:keepLines/>
        <w:spacing w:after="60"/>
        <w:rPr>
          <w:rFonts w:ascii="Times New Roman" w:hAnsi="Times New Roman" w:cs="Times New Roman"/>
          <w:sz w:val="24"/>
          <w:szCs w:val="24"/>
        </w:rPr>
      </w:pPr>
      <w:proofErr w:type="spellStart"/>
      <w:r w:rsidRPr="00CF3CD2">
        <w:rPr>
          <w:rFonts w:ascii="Times New Roman" w:hAnsi="Times New Roman" w:cs="Times New Roman"/>
          <w:sz w:val="24"/>
          <w:szCs w:val="24"/>
        </w:rPr>
        <w:t>motiviranost</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zainteresiranost</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otvorenost</w:t>
      </w:r>
      <w:proofErr w:type="spellEnd"/>
      <w:r w:rsidRPr="00CF3CD2">
        <w:rPr>
          <w:rFonts w:ascii="Times New Roman" w:hAnsi="Times New Roman" w:cs="Times New Roman"/>
          <w:sz w:val="24"/>
          <w:szCs w:val="24"/>
        </w:rPr>
        <w:t xml:space="preserve"> za </w:t>
      </w:r>
      <w:proofErr w:type="spellStart"/>
      <w:r w:rsidRPr="00CF3CD2">
        <w:rPr>
          <w:rFonts w:ascii="Times New Roman" w:hAnsi="Times New Roman" w:cs="Times New Roman"/>
          <w:sz w:val="24"/>
          <w:szCs w:val="24"/>
        </w:rPr>
        <w:t>učenje</w:t>
      </w:r>
      <w:proofErr w:type="spellEnd"/>
      <w:r w:rsidRPr="00CF3CD2">
        <w:rPr>
          <w:rFonts w:ascii="Times New Roman" w:hAnsi="Times New Roman" w:cs="Times New Roman"/>
          <w:sz w:val="24"/>
          <w:szCs w:val="24"/>
        </w:rPr>
        <w:t>;</w:t>
      </w:r>
    </w:p>
    <w:p w14:paraId="33CFE7A7" w14:textId="77777777" w:rsidR="00AB2BE3" w:rsidRPr="00CF3CD2" w:rsidRDefault="00681641">
      <w:pPr>
        <w:pStyle w:val="ListBullet"/>
        <w:keepLines/>
        <w:spacing w:after="60"/>
        <w:rPr>
          <w:rFonts w:ascii="Times New Roman" w:hAnsi="Times New Roman" w:cs="Times New Roman"/>
          <w:sz w:val="24"/>
          <w:szCs w:val="24"/>
        </w:rPr>
      </w:pPr>
      <w:proofErr w:type="spellStart"/>
      <w:r w:rsidRPr="00CF3CD2">
        <w:rPr>
          <w:rFonts w:ascii="Times New Roman" w:hAnsi="Times New Roman" w:cs="Times New Roman"/>
          <w:sz w:val="24"/>
          <w:szCs w:val="24"/>
        </w:rPr>
        <w:t>odgovornost</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redovitost</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točnost</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urednost</w:t>
      </w:r>
      <w:proofErr w:type="spellEnd"/>
      <w:r w:rsidRPr="00CF3CD2">
        <w:rPr>
          <w:rFonts w:ascii="Times New Roman" w:hAnsi="Times New Roman" w:cs="Times New Roman"/>
          <w:sz w:val="24"/>
          <w:szCs w:val="24"/>
        </w:rPr>
        <w:t>;</w:t>
      </w:r>
    </w:p>
    <w:p w14:paraId="49F6D2DA" w14:textId="77777777" w:rsidR="00AB2BE3" w:rsidRPr="00CF3CD2" w:rsidRDefault="00681641">
      <w:pPr>
        <w:pStyle w:val="ListBullet"/>
        <w:keepLines/>
        <w:spacing w:after="60"/>
        <w:rPr>
          <w:rFonts w:ascii="Times New Roman" w:hAnsi="Times New Roman" w:cs="Times New Roman"/>
          <w:sz w:val="24"/>
          <w:szCs w:val="24"/>
        </w:rPr>
      </w:pPr>
      <w:proofErr w:type="spellStart"/>
      <w:r w:rsidRPr="00CF3CD2">
        <w:rPr>
          <w:rFonts w:ascii="Times New Roman" w:hAnsi="Times New Roman" w:cs="Times New Roman"/>
          <w:sz w:val="24"/>
          <w:szCs w:val="24"/>
        </w:rPr>
        <w:t>profesionalan</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etičan</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empatičan</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odnos</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prema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pacijentima</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korisnicima</w:t>
      </w:r>
      <w:proofErr w:type="spellEnd"/>
      <w:r w:rsidRPr="00CF3CD2">
        <w:rPr>
          <w:rFonts w:ascii="Times New Roman" w:hAnsi="Times New Roman" w:cs="Times New Roman"/>
          <w:sz w:val="24"/>
          <w:szCs w:val="24"/>
        </w:rPr>
        <w:t>;</w:t>
      </w:r>
    </w:p>
    <w:p w14:paraId="1D03BF3A" w14:textId="77777777" w:rsidR="00AB2BE3" w:rsidRPr="00CF3CD2" w:rsidRDefault="00681641">
      <w:pPr>
        <w:pStyle w:val="ListBullet"/>
        <w:keepLines/>
        <w:spacing w:after="60"/>
        <w:rPr>
          <w:rFonts w:ascii="Times New Roman" w:hAnsi="Times New Roman" w:cs="Times New Roman"/>
          <w:sz w:val="24"/>
          <w:szCs w:val="24"/>
        </w:rPr>
      </w:pPr>
      <w:r w:rsidRPr="00CF3CD2">
        <w:rPr>
          <w:rFonts w:ascii="Times New Roman" w:hAnsi="Times New Roman" w:cs="Times New Roman"/>
          <w:sz w:val="24"/>
          <w:szCs w:val="24"/>
        </w:rPr>
        <w:t xml:space="preserve">dobra </w:t>
      </w:r>
      <w:proofErr w:type="spellStart"/>
      <w:r w:rsidRPr="00CF3CD2">
        <w:rPr>
          <w:rFonts w:ascii="Times New Roman" w:hAnsi="Times New Roman" w:cs="Times New Roman"/>
          <w:sz w:val="24"/>
          <w:szCs w:val="24"/>
        </w:rPr>
        <w:t>komunikacija</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uspješno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uključivanje</w:t>
      </w:r>
      <w:proofErr w:type="spellEnd"/>
      <w:r w:rsidRPr="00CF3CD2">
        <w:rPr>
          <w:rFonts w:ascii="Times New Roman" w:hAnsi="Times New Roman" w:cs="Times New Roman"/>
          <w:sz w:val="24"/>
          <w:szCs w:val="24"/>
        </w:rPr>
        <w:t xml:space="preserve"> u </w:t>
      </w:r>
      <w:proofErr w:type="spellStart"/>
      <w:r w:rsidRPr="00CF3CD2">
        <w:rPr>
          <w:rFonts w:ascii="Times New Roman" w:hAnsi="Times New Roman" w:cs="Times New Roman"/>
          <w:sz w:val="24"/>
          <w:szCs w:val="24"/>
        </w:rPr>
        <w:t>timski</w:t>
      </w:r>
      <w:proofErr w:type="spellEnd"/>
      <w:r w:rsidRPr="00CF3CD2">
        <w:rPr>
          <w:rFonts w:ascii="Times New Roman" w:hAnsi="Times New Roman" w:cs="Times New Roman"/>
          <w:sz w:val="24"/>
          <w:szCs w:val="24"/>
        </w:rPr>
        <w:t xml:space="preserve"> rad;</w:t>
      </w:r>
    </w:p>
    <w:p w14:paraId="33CBD93B" w14:textId="77777777" w:rsidR="00AB2BE3" w:rsidRPr="00CF3CD2" w:rsidRDefault="00681641">
      <w:pPr>
        <w:pStyle w:val="ListBullet"/>
        <w:keepLines/>
        <w:spacing w:after="60"/>
        <w:rPr>
          <w:rFonts w:ascii="Times New Roman" w:hAnsi="Times New Roman" w:cs="Times New Roman"/>
          <w:sz w:val="24"/>
          <w:szCs w:val="24"/>
        </w:rPr>
      </w:pPr>
      <w:proofErr w:type="spellStart"/>
      <w:r w:rsidRPr="00CF3CD2">
        <w:rPr>
          <w:rFonts w:ascii="Times New Roman" w:hAnsi="Times New Roman" w:cs="Times New Roman"/>
          <w:sz w:val="24"/>
          <w:szCs w:val="24"/>
        </w:rPr>
        <w:t>poštovanje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pravila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ustanove</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brzo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uklapanje</w:t>
      </w:r>
      <w:proofErr w:type="spellEnd"/>
      <w:r w:rsidRPr="00CF3CD2">
        <w:rPr>
          <w:rFonts w:ascii="Times New Roman" w:hAnsi="Times New Roman" w:cs="Times New Roman"/>
          <w:sz w:val="24"/>
          <w:szCs w:val="24"/>
        </w:rPr>
        <w:t xml:space="preserve"> u </w:t>
      </w:r>
      <w:proofErr w:type="spellStart"/>
      <w:r w:rsidRPr="00CF3CD2">
        <w:rPr>
          <w:rFonts w:ascii="Times New Roman" w:hAnsi="Times New Roman" w:cs="Times New Roman"/>
          <w:sz w:val="24"/>
          <w:szCs w:val="24"/>
        </w:rPr>
        <w:t>radno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okruženje</w:t>
      </w:r>
      <w:proofErr w:type="spellEnd"/>
      <w:r w:rsidRPr="00CF3CD2">
        <w:rPr>
          <w:rFonts w:ascii="Times New Roman" w:hAnsi="Times New Roman" w:cs="Times New Roman"/>
          <w:sz w:val="24"/>
          <w:szCs w:val="24"/>
        </w:rPr>
        <w:t>.</w:t>
      </w:r>
    </w:p>
    <w:p w14:paraId="2E597903" w14:textId="77777777" w:rsidR="00AB2BE3" w:rsidRPr="00CF3CD2" w:rsidRDefault="00681641">
      <w:pPr>
        <w:rPr>
          <w:rFonts w:ascii="Times New Roman" w:hAnsi="Times New Roman" w:cs="Times New Roman"/>
          <w:sz w:val="24"/>
          <w:szCs w:val="24"/>
        </w:rPr>
      </w:pPr>
      <w:proofErr w:type="spellStart"/>
      <w:r w:rsidRPr="00CF3CD2">
        <w:rPr>
          <w:rFonts w:ascii="Times New Roman" w:hAnsi="Times New Roman" w:cs="Times New Roman"/>
          <w:sz w:val="24"/>
          <w:szCs w:val="24"/>
        </w:rPr>
        <w:t>Pojedini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poslodavci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posebno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naveli</w:t>
      </w:r>
      <w:proofErr w:type="spellEnd"/>
      <w:r w:rsidRPr="00CF3CD2">
        <w:rPr>
          <w:rFonts w:ascii="Times New Roman" w:hAnsi="Times New Roman" w:cs="Times New Roman"/>
          <w:sz w:val="24"/>
          <w:szCs w:val="24"/>
        </w:rPr>
        <w:t xml:space="preserve"> da </w:t>
      </w:r>
      <w:proofErr w:type="spellStart"/>
      <w:r w:rsidRPr="00CF3CD2">
        <w:rPr>
          <w:rFonts w:ascii="Times New Roman" w:hAnsi="Times New Roman" w:cs="Times New Roman"/>
          <w:sz w:val="24"/>
          <w:szCs w:val="24"/>
        </w:rPr>
        <w:t>su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svojim</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angažmanom</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konkretno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pridonijeli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radu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ustanove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te</w:t>
      </w:r>
      <w:proofErr w:type="spellEnd"/>
      <w:r w:rsidRPr="00CF3CD2">
        <w:rPr>
          <w:rFonts w:ascii="Times New Roman" w:hAnsi="Times New Roman" w:cs="Times New Roman"/>
          <w:sz w:val="24"/>
          <w:szCs w:val="24"/>
        </w:rPr>
        <w:t xml:space="preserve"> da </w:t>
      </w:r>
      <w:proofErr w:type="spellStart"/>
      <w:r w:rsidRPr="00CF3CD2">
        <w:rPr>
          <w:rFonts w:ascii="Times New Roman" w:hAnsi="Times New Roman" w:cs="Times New Roman"/>
          <w:sz w:val="24"/>
          <w:szCs w:val="24"/>
        </w:rPr>
        <w:t>su</w:t>
      </w:r>
      <w:proofErr w:type="spellEnd"/>
      <w:r w:rsidRPr="00CF3CD2">
        <w:rPr>
          <w:rFonts w:ascii="Times New Roman" w:hAnsi="Times New Roman" w:cs="Times New Roman"/>
          <w:sz w:val="24"/>
          <w:szCs w:val="24"/>
        </w:rPr>
        <w:t xml:space="preserve"> se </w:t>
      </w:r>
      <w:proofErr w:type="spellStart"/>
      <w:r w:rsidRPr="00CF3CD2">
        <w:rPr>
          <w:rFonts w:ascii="Times New Roman" w:hAnsi="Times New Roman" w:cs="Times New Roman"/>
          <w:sz w:val="24"/>
          <w:szCs w:val="24"/>
        </w:rPr>
        <w:t>neki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uključili</w:t>
      </w:r>
      <w:proofErr w:type="spellEnd"/>
      <w:r w:rsidRPr="00CF3CD2">
        <w:rPr>
          <w:rFonts w:ascii="Times New Roman" w:hAnsi="Times New Roman" w:cs="Times New Roman"/>
          <w:sz w:val="24"/>
          <w:szCs w:val="24"/>
        </w:rPr>
        <w:t xml:space="preserve"> u rad </w:t>
      </w:r>
      <w:proofErr w:type="spellStart"/>
      <w:r w:rsidRPr="00CF3CD2">
        <w:rPr>
          <w:rFonts w:ascii="Times New Roman" w:hAnsi="Times New Roman" w:cs="Times New Roman"/>
          <w:sz w:val="24"/>
          <w:szCs w:val="24"/>
        </w:rPr>
        <w:t>preko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studentskog</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servisa</w:t>
      </w:r>
      <w:proofErr w:type="spellEnd"/>
      <w:r w:rsidRPr="00CF3CD2">
        <w:rPr>
          <w:rFonts w:ascii="Times New Roman" w:hAnsi="Times New Roman" w:cs="Times New Roman"/>
          <w:sz w:val="24"/>
          <w:szCs w:val="24"/>
        </w:rPr>
        <w:t>.</w:t>
      </w:r>
    </w:p>
    <w:p w14:paraId="398433FE" w14:textId="77777777" w:rsidR="00AB2BE3" w:rsidRPr="00CF3CD2" w:rsidRDefault="00681641">
      <w:pPr>
        <w:pStyle w:val="Heading2"/>
        <w:rPr>
          <w:rFonts w:ascii="Times New Roman" w:hAnsi="Times New Roman" w:cs="Times New Roman"/>
          <w:szCs w:val="24"/>
        </w:rPr>
      </w:pPr>
      <w:r w:rsidRPr="00CF3CD2">
        <w:rPr>
          <w:rFonts w:ascii="Times New Roman" w:hAnsi="Times New Roman" w:cs="Times New Roman"/>
          <w:szCs w:val="24"/>
        </w:rPr>
        <w:t xml:space="preserve">5.2. </w:t>
      </w:r>
      <w:proofErr w:type="spellStart"/>
      <w:r w:rsidRPr="00CF3CD2">
        <w:rPr>
          <w:rFonts w:ascii="Times New Roman" w:hAnsi="Times New Roman" w:cs="Times New Roman"/>
          <w:szCs w:val="24"/>
        </w:rPr>
        <w:t>Uočeni</w:t>
      </w:r>
      <w:proofErr w:type="spellEnd"/>
      <w:r w:rsidRPr="00CF3CD2">
        <w:rPr>
          <w:rFonts w:ascii="Times New Roman" w:hAnsi="Times New Roman" w:cs="Times New Roman"/>
          <w:szCs w:val="24"/>
        </w:rPr>
        <w:t xml:space="preserve"> </w:t>
      </w:r>
      <w:proofErr w:type="spellStart"/>
      <w:r w:rsidRPr="00CF3CD2">
        <w:rPr>
          <w:rFonts w:ascii="Times New Roman" w:hAnsi="Times New Roman" w:cs="Times New Roman"/>
          <w:szCs w:val="24"/>
        </w:rPr>
        <w:t>izazovi</w:t>
      </w:r>
      <w:proofErr w:type="spellEnd"/>
    </w:p>
    <w:p w14:paraId="1FCB7131" w14:textId="77777777" w:rsidR="00AB2BE3" w:rsidRPr="00CF3CD2" w:rsidRDefault="00681641">
      <w:pPr>
        <w:rPr>
          <w:rFonts w:ascii="Times New Roman" w:hAnsi="Times New Roman" w:cs="Times New Roman"/>
          <w:sz w:val="24"/>
          <w:szCs w:val="24"/>
        </w:rPr>
      </w:pPr>
      <w:proofErr w:type="spellStart"/>
      <w:r w:rsidRPr="00CF3CD2">
        <w:rPr>
          <w:rFonts w:ascii="Times New Roman" w:hAnsi="Times New Roman" w:cs="Times New Roman"/>
          <w:sz w:val="24"/>
          <w:szCs w:val="24"/>
        </w:rPr>
        <w:t>Primjedbe</w:t>
      </w:r>
      <w:proofErr w:type="spellEnd"/>
      <w:r w:rsidRPr="00CF3CD2">
        <w:rPr>
          <w:rFonts w:ascii="Times New Roman" w:hAnsi="Times New Roman" w:cs="Times New Roman"/>
          <w:sz w:val="24"/>
          <w:szCs w:val="24"/>
        </w:rPr>
        <w:t xml:space="preserve"> se </w:t>
      </w:r>
      <w:proofErr w:type="spellStart"/>
      <w:r w:rsidRPr="00CF3CD2">
        <w:rPr>
          <w:rFonts w:ascii="Times New Roman" w:hAnsi="Times New Roman" w:cs="Times New Roman"/>
          <w:sz w:val="24"/>
          <w:szCs w:val="24"/>
        </w:rPr>
        <w:t>uglavnom</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odnose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pojedine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studente</w:t>
      </w:r>
      <w:proofErr w:type="spellEnd"/>
      <w:r w:rsidRPr="00CF3CD2">
        <w:rPr>
          <w:rFonts w:ascii="Times New Roman" w:hAnsi="Times New Roman" w:cs="Times New Roman"/>
          <w:sz w:val="24"/>
          <w:szCs w:val="24"/>
        </w:rPr>
        <w:t xml:space="preserve">, a </w:t>
      </w:r>
      <w:proofErr w:type="spellStart"/>
      <w:r w:rsidRPr="00CF3CD2">
        <w:rPr>
          <w:rFonts w:ascii="Times New Roman" w:hAnsi="Times New Roman" w:cs="Times New Roman"/>
          <w:sz w:val="24"/>
          <w:szCs w:val="24"/>
        </w:rPr>
        <w:t>ne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sve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studente</w:t>
      </w:r>
      <w:proofErr w:type="spellEnd"/>
      <w:r w:rsidRPr="00CF3CD2">
        <w:rPr>
          <w:rFonts w:ascii="Times New Roman" w:hAnsi="Times New Roman" w:cs="Times New Roman"/>
          <w:sz w:val="24"/>
          <w:szCs w:val="24"/>
        </w:rPr>
        <w:t xml:space="preserve">. Kao </w:t>
      </w:r>
      <w:proofErr w:type="spellStart"/>
      <w:r w:rsidRPr="00CF3CD2">
        <w:rPr>
          <w:rFonts w:ascii="Times New Roman" w:hAnsi="Times New Roman" w:cs="Times New Roman"/>
          <w:sz w:val="24"/>
          <w:szCs w:val="24"/>
        </w:rPr>
        <w:t>najvažniji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izazovi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izdvajaju</w:t>
      </w:r>
      <w:proofErr w:type="spellEnd"/>
      <w:r w:rsidRPr="00CF3CD2">
        <w:rPr>
          <w:rFonts w:ascii="Times New Roman" w:hAnsi="Times New Roman" w:cs="Times New Roman"/>
          <w:sz w:val="24"/>
          <w:szCs w:val="24"/>
        </w:rPr>
        <w:t xml:space="preserve"> se:</w:t>
      </w:r>
    </w:p>
    <w:p w14:paraId="5AC21714" w14:textId="77777777" w:rsidR="00AB2BE3" w:rsidRPr="00CF3CD2" w:rsidRDefault="00681641">
      <w:pPr>
        <w:pStyle w:val="ListBullet"/>
        <w:keepLines/>
        <w:spacing w:after="60"/>
        <w:rPr>
          <w:rFonts w:ascii="Times New Roman" w:hAnsi="Times New Roman" w:cs="Times New Roman"/>
          <w:sz w:val="24"/>
          <w:szCs w:val="24"/>
        </w:rPr>
      </w:pPr>
      <w:proofErr w:type="spellStart"/>
      <w:r w:rsidRPr="00CF3CD2">
        <w:rPr>
          <w:rFonts w:ascii="Times New Roman" w:hAnsi="Times New Roman" w:cs="Times New Roman"/>
          <w:sz w:val="24"/>
          <w:szCs w:val="24"/>
        </w:rPr>
        <w:t>nedostatna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teorijska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znanja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iz</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anatomije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fiziologije</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neurologije</w:t>
      </w:r>
      <w:proofErr w:type="spellEnd"/>
      <w:r w:rsidRPr="00CF3CD2">
        <w:rPr>
          <w:rFonts w:ascii="Times New Roman" w:hAnsi="Times New Roman" w:cs="Times New Roman"/>
          <w:sz w:val="24"/>
          <w:szCs w:val="24"/>
        </w:rPr>
        <w:t>;</w:t>
      </w:r>
    </w:p>
    <w:p w14:paraId="62FC2F88" w14:textId="77777777" w:rsidR="00AB2BE3" w:rsidRDefault="00681641">
      <w:pPr>
        <w:pStyle w:val="ListBullet"/>
        <w:keepLines/>
        <w:spacing w:after="60"/>
        <w:rPr>
          <w:rFonts w:ascii="Times New Roman" w:hAnsi="Times New Roman" w:cs="Times New Roman"/>
          <w:sz w:val="24"/>
          <w:szCs w:val="24"/>
        </w:rPr>
      </w:pPr>
      <w:proofErr w:type="spellStart"/>
      <w:r w:rsidRPr="00CF3CD2">
        <w:rPr>
          <w:rFonts w:ascii="Times New Roman" w:hAnsi="Times New Roman" w:cs="Times New Roman"/>
          <w:sz w:val="24"/>
          <w:szCs w:val="24"/>
        </w:rPr>
        <w:t>nedovoljna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samostalnost</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inicijativa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kod</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dijela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studenata</w:t>
      </w:r>
      <w:proofErr w:type="spellEnd"/>
      <w:r w:rsidRPr="00CF3CD2">
        <w:rPr>
          <w:rFonts w:ascii="Times New Roman" w:hAnsi="Times New Roman" w:cs="Times New Roman"/>
          <w:sz w:val="24"/>
          <w:szCs w:val="24"/>
        </w:rPr>
        <w:t>;</w:t>
      </w:r>
    </w:p>
    <w:p w14:paraId="56904420" w14:textId="77777777" w:rsidR="00B878BB" w:rsidRDefault="00B878BB" w:rsidP="00B878BB">
      <w:pPr>
        <w:pStyle w:val="ListBullet"/>
        <w:keepLines/>
        <w:numPr>
          <w:ilvl w:val="0"/>
          <w:numId w:val="0"/>
        </w:numPr>
        <w:spacing w:after="60"/>
        <w:ind w:left="360"/>
        <w:rPr>
          <w:rFonts w:ascii="Times New Roman" w:hAnsi="Times New Roman" w:cs="Times New Roman"/>
          <w:sz w:val="24"/>
          <w:szCs w:val="24"/>
        </w:rPr>
      </w:pPr>
    </w:p>
    <w:p w14:paraId="4781593E" w14:textId="77777777" w:rsidR="00B878BB" w:rsidRPr="00CF3CD2" w:rsidRDefault="00B878BB" w:rsidP="00B878BB">
      <w:pPr>
        <w:pStyle w:val="ListBullet"/>
        <w:keepLines/>
        <w:numPr>
          <w:ilvl w:val="0"/>
          <w:numId w:val="0"/>
        </w:numPr>
        <w:spacing w:after="60"/>
        <w:ind w:left="360"/>
        <w:rPr>
          <w:rFonts w:ascii="Times New Roman" w:hAnsi="Times New Roman" w:cs="Times New Roman"/>
          <w:sz w:val="24"/>
          <w:szCs w:val="24"/>
        </w:rPr>
      </w:pPr>
    </w:p>
    <w:p w14:paraId="7FB8695E" w14:textId="77777777" w:rsidR="00AB2BE3" w:rsidRPr="00CF3CD2" w:rsidRDefault="00681641">
      <w:pPr>
        <w:pStyle w:val="ListBullet"/>
        <w:keepLines/>
        <w:spacing w:after="60"/>
        <w:rPr>
          <w:rFonts w:ascii="Times New Roman" w:hAnsi="Times New Roman" w:cs="Times New Roman"/>
          <w:sz w:val="24"/>
          <w:szCs w:val="24"/>
        </w:rPr>
      </w:pPr>
      <w:proofErr w:type="spellStart"/>
      <w:r w:rsidRPr="00CF3CD2">
        <w:rPr>
          <w:rFonts w:ascii="Times New Roman" w:hAnsi="Times New Roman" w:cs="Times New Roman"/>
          <w:sz w:val="24"/>
          <w:szCs w:val="24"/>
        </w:rPr>
        <w:t>slabija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motiviranost</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dijela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redovitih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studenata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te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nedovoljno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razumijevanje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važnosti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vježbovne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nastave</w:t>
      </w:r>
      <w:proofErr w:type="spellEnd"/>
      <w:r w:rsidRPr="00CF3CD2">
        <w:rPr>
          <w:rFonts w:ascii="Times New Roman" w:hAnsi="Times New Roman" w:cs="Times New Roman"/>
          <w:sz w:val="24"/>
          <w:szCs w:val="24"/>
        </w:rPr>
        <w:t>;</w:t>
      </w:r>
    </w:p>
    <w:p w14:paraId="60AF29BE" w14:textId="77777777" w:rsidR="00AB2BE3" w:rsidRPr="00CF3CD2" w:rsidRDefault="00681641">
      <w:pPr>
        <w:pStyle w:val="ListBullet"/>
        <w:keepLines/>
        <w:spacing w:after="60"/>
        <w:rPr>
          <w:rFonts w:ascii="Times New Roman" w:hAnsi="Times New Roman" w:cs="Times New Roman"/>
          <w:sz w:val="24"/>
          <w:szCs w:val="24"/>
        </w:rPr>
      </w:pPr>
      <w:proofErr w:type="spellStart"/>
      <w:r w:rsidRPr="00CF3CD2">
        <w:rPr>
          <w:rFonts w:ascii="Times New Roman" w:hAnsi="Times New Roman" w:cs="Times New Roman"/>
          <w:sz w:val="24"/>
          <w:szCs w:val="24"/>
        </w:rPr>
        <w:t>povremeno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neprijavljivanje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izostanka</w:t>
      </w:r>
      <w:proofErr w:type="spellEnd"/>
      <w:r w:rsidRPr="00CF3CD2">
        <w:rPr>
          <w:rFonts w:ascii="Times New Roman" w:hAnsi="Times New Roman" w:cs="Times New Roman"/>
          <w:sz w:val="24"/>
          <w:szCs w:val="24"/>
        </w:rPr>
        <w:t xml:space="preserve"> s </w:t>
      </w:r>
      <w:proofErr w:type="spellStart"/>
      <w:r w:rsidRPr="00CF3CD2">
        <w:rPr>
          <w:rFonts w:ascii="Times New Roman" w:hAnsi="Times New Roman" w:cs="Times New Roman"/>
          <w:sz w:val="24"/>
          <w:szCs w:val="24"/>
        </w:rPr>
        <w:t>vježbi</w:t>
      </w:r>
      <w:proofErr w:type="spellEnd"/>
      <w:r w:rsidRPr="00CF3CD2">
        <w:rPr>
          <w:rFonts w:ascii="Times New Roman" w:hAnsi="Times New Roman" w:cs="Times New Roman"/>
          <w:sz w:val="24"/>
          <w:szCs w:val="24"/>
        </w:rPr>
        <w:t>;</w:t>
      </w:r>
    </w:p>
    <w:p w14:paraId="3AE13BC2" w14:textId="77777777" w:rsidR="00AB2BE3" w:rsidRPr="00CF3CD2" w:rsidRDefault="00681641">
      <w:pPr>
        <w:pStyle w:val="ListBullet"/>
        <w:keepLines/>
        <w:spacing w:after="60"/>
        <w:rPr>
          <w:rFonts w:ascii="Times New Roman" w:hAnsi="Times New Roman" w:cs="Times New Roman"/>
          <w:sz w:val="24"/>
          <w:szCs w:val="24"/>
        </w:rPr>
      </w:pPr>
      <w:proofErr w:type="spellStart"/>
      <w:r w:rsidRPr="00CF3CD2">
        <w:rPr>
          <w:rFonts w:ascii="Times New Roman" w:hAnsi="Times New Roman" w:cs="Times New Roman"/>
          <w:sz w:val="24"/>
          <w:szCs w:val="24"/>
        </w:rPr>
        <w:t>početne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teškoće</w:t>
      </w:r>
      <w:proofErr w:type="spellEnd"/>
      <w:r w:rsidRPr="00CF3CD2">
        <w:rPr>
          <w:rFonts w:ascii="Times New Roman" w:hAnsi="Times New Roman" w:cs="Times New Roman"/>
          <w:sz w:val="24"/>
          <w:szCs w:val="24"/>
        </w:rPr>
        <w:t xml:space="preserve"> u </w:t>
      </w:r>
      <w:proofErr w:type="spellStart"/>
      <w:r w:rsidRPr="00CF3CD2">
        <w:rPr>
          <w:rFonts w:ascii="Times New Roman" w:hAnsi="Times New Roman" w:cs="Times New Roman"/>
          <w:sz w:val="24"/>
          <w:szCs w:val="24"/>
        </w:rPr>
        <w:t>snalaženju</w:t>
      </w:r>
      <w:proofErr w:type="spellEnd"/>
      <w:r w:rsidRPr="00CF3CD2">
        <w:rPr>
          <w:rFonts w:ascii="Times New Roman" w:hAnsi="Times New Roman" w:cs="Times New Roman"/>
          <w:sz w:val="24"/>
          <w:szCs w:val="24"/>
        </w:rPr>
        <w:t xml:space="preserve"> u </w:t>
      </w:r>
      <w:proofErr w:type="spellStart"/>
      <w:r w:rsidRPr="00CF3CD2">
        <w:rPr>
          <w:rFonts w:ascii="Times New Roman" w:hAnsi="Times New Roman" w:cs="Times New Roman"/>
          <w:sz w:val="24"/>
          <w:szCs w:val="24"/>
        </w:rPr>
        <w:t>specifičnoj</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administraciji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primarne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zdravstvene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zaštite</w:t>
      </w:r>
      <w:proofErr w:type="spellEnd"/>
      <w:r w:rsidRPr="00CF3CD2">
        <w:rPr>
          <w:rFonts w:ascii="Times New Roman" w:hAnsi="Times New Roman" w:cs="Times New Roman"/>
          <w:sz w:val="24"/>
          <w:szCs w:val="24"/>
        </w:rPr>
        <w:t>.</w:t>
      </w:r>
    </w:p>
    <w:p w14:paraId="6DBE643B" w14:textId="77777777" w:rsidR="00AB2BE3" w:rsidRDefault="00681641">
      <w:pPr>
        <w:rPr>
          <w:rFonts w:ascii="Times New Roman" w:hAnsi="Times New Roman" w:cs="Times New Roman"/>
          <w:sz w:val="24"/>
          <w:szCs w:val="24"/>
        </w:rPr>
      </w:pPr>
      <w:proofErr w:type="spellStart"/>
      <w:r w:rsidRPr="00CF3CD2">
        <w:rPr>
          <w:rFonts w:ascii="Times New Roman" w:hAnsi="Times New Roman" w:cs="Times New Roman"/>
          <w:sz w:val="24"/>
          <w:szCs w:val="24"/>
        </w:rPr>
        <w:t>Više</w:t>
      </w:r>
      <w:proofErr w:type="spellEnd"/>
      <w:r w:rsidRPr="00CF3CD2">
        <w:rPr>
          <w:rFonts w:ascii="Times New Roman" w:hAnsi="Times New Roman" w:cs="Times New Roman"/>
          <w:sz w:val="24"/>
          <w:szCs w:val="24"/>
        </w:rPr>
        <w:t xml:space="preserve"> je </w:t>
      </w:r>
      <w:proofErr w:type="spellStart"/>
      <w:r w:rsidRPr="00CF3CD2">
        <w:rPr>
          <w:rFonts w:ascii="Times New Roman" w:hAnsi="Times New Roman" w:cs="Times New Roman"/>
          <w:sz w:val="24"/>
          <w:szCs w:val="24"/>
        </w:rPr>
        <w:t>ispitanika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izričito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navelo</w:t>
      </w:r>
      <w:proofErr w:type="spellEnd"/>
      <w:r w:rsidRPr="00CF3CD2">
        <w:rPr>
          <w:rFonts w:ascii="Times New Roman" w:hAnsi="Times New Roman" w:cs="Times New Roman"/>
          <w:sz w:val="24"/>
          <w:szCs w:val="24"/>
        </w:rPr>
        <w:t xml:space="preserve"> da </w:t>
      </w:r>
      <w:proofErr w:type="spellStart"/>
      <w:r w:rsidRPr="00CF3CD2">
        <w:rPr>
          <w:rFonts w:ascii="Times New Roman" w:hAnsi="Times New Roman" w:cs="Times New Roman"/>
          <w:sz w:val="24"/>
          <w:szCs w:val="24"/>
        </w:rPr>
        <w:t>nema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primjedbi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ili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značajnijih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razloga</w:t>
      </w:r>
      <w:proofErr w:type="spellEnd"/>
      <w:r w:rsidRPr="00CF3CD2">
        <w:rPr>
          <w:rFonts w:ascii="Times New Roman" w:hAnsi="Times New Roman" w:cs="Times New Roman"/>
          <w:sz w:val="24"/>
          <w:szCs w:val="24"/>
        </w:rPr>
        <w:t xml:space="preserve"> za </w:t>
      </w:r>
      <w:proofErr w:type="spellStart"/>
      <w:r w:rsidRPr="00CF3CD2">
        <w:rPr>
          <w:rFonts w:ascii="Times New Roman" w:hAnsi="Times New Roman" w:cs="Times New Roman"/>
          <w:sz w:val="24"/>
          <w:szCs w:val="24"/>
        </w:rPr>
        <w:t>nezadovoljstvo</w:t>
      </w:r>
      <w:proofErr w:type="spellEnd"/>
      <w:r w:rsidRPr="00CF3CD2">
        <w:rPr>
          <w:rFonts w:ascii="Times New Roman" w:hAnsi="Times New Roman" w:cs="Times New Roman"/>
          <w:sz w:val="24"/>
          <w:szCs w:val="24"/>
        </w:rPr>
        <w:t>.</w:t>
      </w:r>
    </w:p>
    <w:p w14:paraId="46ECA902" w14:textId="77777777" w:rsidR="00B878BB" w:rsidRPr="00CF3CD2" w:rsidRDefault="00B878BB">
      <w:pPr>
        <w:rPr>
          <w:rFonts w:ascii="Times New Roman" w:hAnsi="Times New Roman" w:cs="Times New Roman"/>
          <w:sz w:val="24"/>
          <w:szCs w:val="24"/>
        </w:rPr>
      </w:pPr>
    </w:p>
    <w:p w14:paraId="3C1814B5" w14:textId="77777777" w:rsidR="00AB2BE3" w:rsidRPr="00CF3CD2" w:rsidRDefault="00681641">
      <w:pPr>
        <w:pStyle w:val="Heading2"/>
        <w:rPr>
          <w:rFonts w:ascii="Times New Roman" w:hAnsi="Times New Roman" w:cs="Times New Roman"/>
          <w:szCs w:val="24"/>
        </w:rPr>
      </w:pPr>
      <w:r w:rsidRPr="00CF3CD2">
        <w:rPr>
          <w:rFonts w:ascii="Times New Roman" w:hAnsi="Times New Roman" w:cs="Times New Roman"/>
          <w:szCs w:val="24"/>
        </w:rPr>
        <w:t xml:space="preserve">5.3. </w:t>
      </w:r>
      <w:proofErr w:type="spellStart"/>
      <w:r w:rsidRPr="00CF3CD2">
        <w:rPr>
          <w:rFonts w:ascii="Times New Roman" w:hAnsi="Times New Roman" w:cs="Times New Roman"/>
          <w:szCs w:val="24"/>
        </w:rPr>
        <w:t>Prijedlozi</w:t>
      </w:r>
      <w:proofErr w:type="spellEnd"/>
      <w:r w:rsidRPr="00CF3CD2">
        <w:rPr>
          <w:rFonts w:ascii="Times New Roman" w:hAnsi="Times New Roman" w:cs="Times New Roman"/>
          <w:szCs w:val="24"/>
        </w:rPr>
        <w:t xml:space="preserve"> za </w:t>
      </w:r>
      <w:proofErr w:type="spellStart"/>
      <w:r w:rsidRPr="00CF3CD2">
        <w:rPr>
          <w:rFonts w:ascii="Times New Roman" w:hAnsi="Times New Roman" w:cs="Times New Roman"/>
          <w:szCs w:val="24"/>
        </w:rPr>
        <w:t>unaprjeđenje</w:t>
      </w:r>
      <w:proofErr w:type="spellEnd"/>
      <w:r w:rsidRPr="00CF3CD2">
        <w:rPr>
          <w:rFonts w:ascii="Times New Roman" w:hAnsi="Times New Roman" w:cs="Times New Roman"/>
          <w:szCs w:val="24"/>
        </w:rPr>
        <w:t xml:space="preserve"> </w:t>
      </w:r>
      <w:proofErr w:type="spellStart"/>
      <w:r w:rsidRPr="00CF3CD2">
        <w:rPr>
          <w:rFonts w:ascii="Times New Roman" w:hAnsi="Times New Roman" w:cs="Times New Roman"/>
          <w:szCs w:val="24"/>
        </w:rPr>
        <w:t>prakse</w:t>
      </w:r>
      <w:proofErr w:type="spellEnd"/>
    </w:p>
    <w:p w14:paraId="02DF458A" w14:textId="77777777" w:rsidR="00AB2BE3" w:rsidRPr="00CF3CD2" w:rsidRDefault="00681641">
      <w:pPr>
        <w:rPr>
          <w:rFonts w:ascii="Times New Roman" w:hAnsi="Times New Roman" w:cs="Times New Roman"/>
          <w:sz w:val="24"/>
          <w:szCs w:val="24"/>
        </w:rPr>
      </w:pPr>
      <w:proofErr w:type="spellStart"/>
      <w:r w:rsidRPr="00CF3CD2">
        <w:rPr>
          <w:rFonts w:ascii="Times New Roman" w:hAnsi="Times New Roman" w:cs="Times New Roman"/>
          <w:sz w:val="24"/>
          <w:szCs w:val="24"/>
        </w:rPr>
        <w:t>Prijedlozi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poslodavaca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mogu</w:t>
      </w:r>
      <w:proofErr w:type="spellEnd"/>
      <w:r w:rsidRPr="00CF3CD2">
        <w:rPr>
          <w:rFonts w:ascii="Times New Roman" w:hAnsi="Times New Roman" w:cs="Times New Roman"/>
          <w:sz w:val="24"/>
          <w:szCs w:val="24"/>
        </w:rPr>
        <w:t xml:space="preserve"> se </w:t>
      </w:r>
      <w:proofErr w:type="spellStart"/>
      <w:r w:rsidRPr="00CF3CD2">
        <w:rPr>
          <w:rFonts w:ascii="Times New Roman" w:hAnsi="Times New Roman" w:cs="Times New Roman"/>
          <w:sz w:val="24"/>
          <w:szCs w:val="24"/>
        </w:rPr>
        <w:t>sažeti</w:t>
      </w:r>
      <w:proofErr w:type="spellEnd"/>
      <w:r w:rsidRPr="00CF3CD2">
        <w:rPr>
          <w:rFonts w:ascii="Times New Roman" w:hAnsi="Times New Roman" w:cs="Times New Roman"/>
          <w:sz w:val="24"/>
          <w:szCs w:val="24"/>
        </w:rPr>
        <w:t xml:space="preserve"> u </w:t>
      </w:r>
      <w:proofErr w:type="spellStart"/>
      <w:r w:rsidRPr="00CF3CD2">
        <w:rPr>
          <w:rFonts w:ascii="Times New Roman" w:hAnsi="Times New Roman" w:cs="Times New Roman"/>
          <w:sz w:val="24"/>
          <w:szCs w:val="24"/>
        </w:rPr>
        <w:t>nekoliko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povezanih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smjerova</w:t>
      </w:r>
      <w:proofErr w:type="spellEnd"/>
      <w:r w:rsidRPr="00CF3CD2">
        <w:rPr>
          <w:rFonts w:ascii="Times New Roman" w:hAnsi="Times New Roman" w:cs="Times New Roman"/>
          <w:sz w:val="24"/>
          <w:szCs w:val="24"/>
        </w:rPr>
        <w:t>:</w:t>
      </w:r>
    </w:p>
    <w:p w14:paraId="4A7B742F" w14:textId="77777777" w:rsidR="00AB2BE3" w:rsidRPr="00CF3CD2" w:rsidRDefault="00681641">
      <w:pPr>
        <w:pStyle w:val="ListBullet"/>
        <w:keepLines/>
        <w:spacing w:after="60"/>
        <w:rPr>
          <w:rFonts w:ascii="Times New Roman" w:hAnsi="Times New Roman" w:cs="Times New Roman"/>
          <w:sz w:val="24"/>
          <w:szCs w:val="24"/>
        </w:rPr>
      </w:pPr>
      <w:proofErr w:type="spellStart"/>
      <w:r w:rsidRPr="00CF3CD2">
        <w:rPr>
          <w:rFonts w:ascii="Times New Roman" w:hAnsi="Times New Roman" w:cs="Times New Roman"/>
          <w:sz w:val="24"/>
          <w:szCs w:val="24"/>
        </w:rPr>
        <w:t>povećati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opseg</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kontinuitet</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praktične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nastave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te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omogućiti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dulje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boravke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studenata</w:t>
      </w:r>
      <w:proofErr w:type="spellEnd"/>
      <w:r w:rsidRPr="00CF3CD2">
        <w:rPr>
          <w:rFonts w:ascii="Times New Roman" w:hAnsi="Times New Roman" w:cs="Times New Roman"/>
          <w:sz w:val="24"/>
          <w:szCs w:val="24"/>
        </w:rPr>
        <w:t xml:space="preserve"> u </w:t>
      </w:r>
      <w:proofErr w:type="spellStart"/>
      <w:r w:rsidRPr="00CF3CD2">
        <w:rPr>
          <w:rFonts w:ascii="Times New Roman" w:hAnsi="Times New Roman" w:cs="Times New Roman"/>
          <w:sz w:val="24"/>
          <w:szCs w:val="24"/>
        </w:rPr>
        <w:t>ustanovama</w:t>
      </w:r>
      <w:proofErr w:type="spellEnd"/>
      <w:r w:rsidRPr="00CF3CD2">
        <w:rPr>
          <w:rFonts w:ascii="Times New Roman" w:hAnsi="Times New Roman" w:cs="Times New Roman"/>
          <w:sz w:val="24"/>
          <w:szCs w:val="24"/>
        </w:rPr>
        <w:t>;</w:t>
      </w:r>
    </w:p>
    <w:p w14:paraId="7D24F9A0" w14:textId="77777777" w:rsidR="00AB2BE3" w:rsidRPr="00CF3CD2" w:rsidRDefault="00681641">
      <w:pPr>
        <w:pStyle w:val="ListBullet"/>
        <w:keepLines/>
        <w:spacing w:after="60"/>
        <w:rPr>
          <w:rFonts w:ascii="Times New Roman" w:hAnsi="Times New Roman" w:cs="Times New Roman"/>
          <w:sz w:val="24"/>
          <w:szCs w:val="24"/>
        </w:rPr>
      </w:pPr>
      <w:proofErr w:type="spellStart"/>
      <w:r w:rsidRPr="00CF3CD2">
        <w:rPr>
          <w:rFonts w:ascii="Times New Roman" w:hAnsi="Times New Roman" w:cs="Times New Roman"/>
          <w:sz w:val="24"/>
          <w:szCs w:val="24"/>
        </w:rPr>
        <w:t>smanjiti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broj</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studenata</w:t>
      </w:r>
      <w:proofErr w:type="spellEnd"/>
      <w:r w:rsidRPr="00CF3CD2">
        <w:rPr>
          <w:rFonts w:ascii="Times New Roman" w:hAnsi="Times New Roman" w:cs="Times New Roman"/>
          <w:sz w:val="24"/>
          <w:szCs w:val="24"/>
        </w:rPr>
        <w:t xml:space="preserve"> po </w:t>
      </w:r>
      <w:proofErr w:type="spellStart"/>
      <w:r w:rsidRPr="00CF3CD2">
        <w:rPr>
          <w:rFonts w:ascii="Times New Roman" w:hAnsi="Times New Roman" w:cs="Times New Roman"/>
          <w:sz w:val="24"/>
          <w:szCs w:val="24"/>
        </w:rPr>
        <w:t>mentoru</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osigurati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više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individualnog</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kontinuirano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nadziranog</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mentorstva</w:t>
      </w:r>
      <w:proofErr w:type="spellEnd"/>
      <w:r w:rsidRPr="00CF3CD2">
        <w:rPr>
          <w:rFonts w:ascii="Times New Roman" w:hAnsi="Times New Roman" w:cs="Times New Roman"/>
          <w:sz w:val="24"/>
          <w:szCs w:val="24"/>
        </w:rPr>
        <w:t>;</w:t>
      </w:r>
    </w:p>
    <w:p w14:paraId="0E897C12" w14:textId="77777777" w:rsidR="00AB2BE3" w:rsidRPr="00CF3CD2" w:rsidRDefault="00681641">
      <w:pPr>
        <w:pStyle w:val="ListBullet"/>
        <w:keepLines/>
        <w:spacing w:after="60"/>
        <w:rPr>
          <w:rFonts w:ascii="Times New Roman" w:hAnsi="Times New Roman" w:cs="Times New Roman"/>
          <w:sz w:val="24"/>
          <w:szCs w:val="24"/>
        </w:rPr>
      </w:pPr>
      <w:proofErr w:type="spellStart"/>
      <w:r w:rsidRPr="00CF3CD2">
        <w:rPr>
          <w:rFonts w:ascii="Times New Roman" w:hAnsi="Times New Roman" w:cs="Times New Roman"/>
          <w:sz w:val="24"/>
          <w:szCs w:val="24"/>
        </w:rPr>
        <w:t>jasnije</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pravodobno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komunicirati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obveze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studenata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osobito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pravila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dolaska</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prijave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izostanaka</w:t>
      </w:r>
      <w:proofErr w:type="spellEnd"/>
      <w:r w:rsidRPr="00CF3CD2">
        <w:rPr>
          <w:rFonts w:ascii="Times New Roman" w:hAnsi="Times New Roman" w:cs="Times New Roman"/>
          <w:sz w:val="24"/>
          <w:szCs w:val="24"/>
        </w:rPr>
        <w:t>;</w:t>
      </w:r>
    </w:p>
    <w:p w14:paraId="4B696547" w14:textId="77777777" w:rsidR="00AB2BE3" w:rsidRPr="00CF3CD2" w:rsidRDefault="00681641">
      <w:pPr>
        <w:pStyle w:val="ListBullet"/>
        <w:keepLines/>
        <w:spacing w:after="60"/>
        <w:rPr>
          <w:rFonts w:ascii="Times New Roman" w:hAnsi="Times New Roman" w:cs="Times New Roman"/>
          <w:sz w:val="24"/>
          <w:szCs w:val="24"/>
        </w:rPr>
      </w:pPr>
      <w:proofErr w:type="spellStart"/>
      <w:r w:rsidRPr="00CF3CD2">
        <w:rPr>
          <w:rFonts w:ascii="Times New Roman" w:hAnsi="Times New Roman" w:cs="Times New Roman"/>
          <w:sz w:val="24"/>
          <w:szCs w:val="24"/>
        </w:rPr>
        <w:t>održavati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redovitu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komunikaciju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koordinatora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prakse</w:t>
      </w:r>
      <w:proofErr w:type="spellEnd"/>
      <w:r w:rsidRPr="00CF3CD2">
        <w:rPr>
          <w:rFonts w:ascii="Times New Roman" w:hAnsi="Times New Roman" w:cs="Times New Roman"/>
          <w:sz w:val="24"/>
          <w:szCs w:val="24"/>
        </w:rPr>
        <w:t xml:space="preserve"> Veleučilišta s </w:t>
      </w:r>
      <w:proofErr w:type="spellStart"/>
      <w:r w:rsidRPr="00CF3CD2">
        <w:rPr>
          <w:rFonts w:ascii="Times New Roman" w:hAnsi="Times New Roman" w:cs="Times New Roman"/>
          <w:sz w:val="24"/>
          <w:szCs w:val="24"/>
        </w:rPr>
        <w:t>mentorima</w:t>
      </w:r>
      <w:proofErr w:type="spellEnd"/>
      <w:r w:rsidRPr="00CF3CD2">
        <w:rPr>
          <w:rFonts w:ascii="Times New Roman" w:hAnsi="Times New Roman" w:cs="Times New Roman"/>
          <w:sz w:val="24"/>
          <w:szCs w:val="24"/>
        </w:rPr>
        <w:t xml:space="preserve"> u </w:t>
      </w:r>
      <w:proofErr w:type="spellStart"/>
      <w:r w:rsidRPr="00CF3CD2">
        <w:rPr>
          <w:rFonts w:ascii="Times New Roman" w:hAnsi="Times New Roman" w:cs="Times New Roman"/>
          <w:sz w:val="24"/>
          <w:szCs w:val="24"/>
        </w:rPr>
        <w:t>ustanovama</w:t>
      </w:r>
      <w:proofErr w:type="spellEnd"/>
      <w:r w:rsidRPr="00CF3CD2">
        <w:rPr>
          <w:rFonts w:ascii="Times New Roman" w:hAnsi="Times New Roman" w:cs="Times New Roman"/>
          <w:sz w:val="24"/>
          <w:szCs w:val="24"/>
        </w:rPr>
        <w:t>;</w:t>
      </w:r>
    </w:p>
    <w:p w14:paraId="255F2B1D" w14:textId="77777777" w:rsidR="00AB2BE3" w:rsidRPr="00CF3CD2" w:rsidRDefault="00681641">
      <w:pPr>
        <w:pStyle w:val="ListBullet"/>
        <w:keepLines/>
        <w:spacing w:after="60"/>
        <w:rPr>
          <w:rFonts w:ascii="Times New Roman" w:hAnsi="Times New Roman" w:cs="Times New Roman"/>
          <w:sz w:val="24"/>
          <w:szCs w:val="24"/>
        </w:rPr>
      </w:pPr>
      <w:proofErr w:type="spellStart"/>
      <w:r w:rsidRPr="00CF3CD2">
        <w:rPr>
          <w:rFonts w:ascii="Times New Roman" w:hAnsi="Times New Roman" w:cs="Times New Roman"/>
          <w:sz w:val="24"/>
          <w:szCs w:val="24"/>
        </w:rPr>
        <w:t>uskladiti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redoslijed</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prakse</w:t>
      </w:r>
      <w:proofErr w:type="spellEnd"/>
      <w:r w:rsidRPr="00CF3CD2">
        <w:rPr>
          <w:rFonts w:ascii="Times New Roman" w:hAnsi="Times New Roman" w:cs="Times New Roman"/>
          <w:sz w:val="24"/>
          <w:szCs w:val="24"/>
        </w:rPr>
        <w:t xml:space="preserve"> s </w:t>
      </w:r>
      <w:proofErr w:type="spellStart"/>
      <w:r w:rsidRPr="00CF3CD2">
        <w:rPr>
          <w:rFonts w:ascii="Times New Roman" w:hAnsi="Times New Roman" w:cs="Times New Roman"/>
          <w:sz w:val="24"/>
          <w:szCs w:val="24"/>
        </w:rPr>
        <w:t>prethodno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odslušanim</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položenim</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relevantnim</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kolegijima</w:t>
      </w:r>
      <w:proofErr w:type="spellEnd"/>
      <w:r w:rsidRPr="00CF3CD2">
        <w:rPr>
          <w:rFonts w:ascii="Times New Roman" w:hAnsi="Times New Roman" w:cs="Times New Roman"/>
          <w:sz w:val="24"/>
          <w:szCs w:val="24"/>
        </w:rPr>
        <w:t>;</w:t>
      </w:r>
    </w:p>
    <w:p w14:paraId="4F05B49A" w14:textId="77777777" w:rsidR="00AB2BE3" w:rsidRPr="00CF3CD2" w:rsidRDefault="00681641">
      <w:pPr>
        <w:pStyle w:val="ListBullet"/>
        <w:keepLines/>
        <w:spacing w:after="60"/>
        <w:rPr>
          <w:rFonts w:ascii="Times New Roman" w:hAnsi="Times New Roman" w:cs="Times New Roman"/>
          <w:sz w:val="24"/>
          <w:szCs w:val="24"/>
        </w:rPr>
      </w:pPr>
      <w:proofErr w:type="spellStart"/>
      <w:r w:rsidRPr="00CF3CD2">
        <w:rPr>
          <w:rFonts w:ascii="Times New Roman" w:hAnsi="Times New Roman" w:cs="Times New Roman"/>
          <w:sz w:val="24"/>
          <w:szCs w:val="24"/>
        </w:rPr>
        <w:t>ojačati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teorijsku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pripremu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iz</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temeljnih</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stručnih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područja</w:t>
      </w:r>
      <w:proofErr w:type="spellEnd"/>
      <w:r w:rsidRPr="00CF3CD2">
        <w:rPr>
          <w:rFonts w:ascii="Times New Roman" w:hAnsi="Times New Roman" w:cs="Times New Roman"/>
          <w:sz w:val="24"/>
          <w:szCs w:val="24"/>
        </w:rPr>
        <w:t>;</w:t>
      </w:r>
    </w:p>
    <w:p w14:paraId="28EE5336" w14:textId="77777777" w:rsidR="00AB2BE3" w:rsidRDefault="00681641">
      <w:pPr>
        <w:pStyle w:val="ListBullet"/>
        <w:keepLines/>
        <w:spacing w:after="60"/>
        <w:rPr>
          <w:rFonts w:ascii="Times New Roman" w:hAnsi="Times New Roman" w:cs="Times New Roman"/>
          <w:sz w:val="24"/>
          <w:szCs w:val="24"/>
        </w:rPr>
      </w:pPr>
      <w:proofErr w:type="spellStart"/>
      <w:r w:rsidRPr="00CF3CD2">
        <w:rPr>
          <w:rFonts w:ascii="Times New Roman" w:hAnsi="Times New Roman" w:cs="Times New Roman"/>
          <w:sz w:val="24"/>
          <w:szCs w:val="24"/>
        </w:rPr>
        <w:t>razmotriti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uvođenje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dulje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obvezne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ljetne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prakse</w:t>
      </w:r>
      <w:proofErr w:type="spellEnd"/>
      <w:r w:rsidRPr="00CF3CD2">
        <w:rPr>
          <w:rFonts w:ascii="Times New Roman" w:hAnsi="Times New Roman" w:cs="Times New Roman"/>
          <w:sz w:val="24"/>
          <w:szCs w:val="24"/>
        </w:rPr>
        <w:t>.</w:t>
      </w:r>
    </w:p>
    <w:p w14:paraId="325E9ED2" w14:textId="5561D184" w:rsidR="00F84A2D" w:rsidRPr="00CF3CD2" w:rsidRDefault="00F84A2D" w:rsidP="00F84A2D">
      <w:pPr>
        <w:pStyle w:val="ListBullet"/>
        <w:keepLines/>
        <w:numPr>
          <w:ilvl w:val="0"/>
          <w:numId w:val="0"/>
        </w:numPr>
        <w:spacing w:after="60"/>
        <w:ind w:left="360"/>
        <w:rPr>
          <w:rFonts w:ascii="Times New Roman" w:hAnsi="Times New Roman" w:cs="Times New Roman"/>
          <w:sz w:val="24"/>
          <w:szCs w:val="24"/>
        </w:rPr>
      </w:pPr>
    </w:p>
    <w:p w14:paraId="59FAFB3C" w14:textId="77777777" w:rsidR="00AB2BE3" w:rsidRPr="00CF3CD2" w:rsidRDefault="00681641">
      <w:pPr>
        <w:pStyle w:val="Heading1"/>
        <w:rPr>
          <w:rFonts w:ascii="Times New Roman" w:hAnsi="Times New Roman" w:cs="Times New Roman"/>
          <w:sz w:val="24"/>
          <w:szCs w:val="24"/>
        </w:rPr>
      </w:pPr>
      <w:r w:rsidRPr="00CF3CD2">
        <w:rPr>
          <w:rFonts w:ascii="Times New Roman" w:hAnsi="Times New Roman" w:cs="Times New Roman"/>
          <w:sz w:val="24"/>
          <w:szCs w:val="24"/>
        </w:rPr>
        <w:t xml:space="preserve">6. </w:t>
      </w:r>
      <w:proofErr w:type="spellStart"/>
      <w:r w:rsidRPr="00CF3CD2">
        <w:rPr>
          <w:rFonts w:ascii="Times New Roman" w:hAnsi="Times New Roman" w:cs="Times New Roman"/>
          <w:sz w:val="24"/>
          <w:szCs w:val="24"/>
        </w:rPr>
        <w:t>Spremnost</w:t>
      </w:r>
      <w:proofErr w:type="spellEnd"/>
      <w:r w:rsidRPr="00CF3CD2">
        <w:rPr>
          <w:rFonts w:ascii="Times New Roman" w:hAnsi="Times New Roman" w:cs="Times New Roman"/>
          <w:sz w:val="24"/>
          <w:szCs w:val="24"/>
        </w:rPr>
        <w:t xml:space="preserve"> za </w:t>
      </w:r>
      <w:proofErr w:type="spellStart"/>
      <w:r w:rsidRPr="00CF3CD2">
        <w:rPr>
          <w:rFonts w:ascii="Times New Roman" w:hAnsi="Times New Roman" w:cs="Times New Roman"/>
          <w:sz w:val="24"/>
          <w:szCs w:val="24"/>
        </w:rPr>
        <w:t>nastavak</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suradnje</w:t>
      </w:r>
      <w:proofErr w:type="spellEnd"/>
    </w:p>
    <w:p w14:paraId="7DC5E5FB" w14:textId="77777777" w:rsidR="00F84A2D" w:rsidRDefault="00F84A2D">
      <w:pPr>
        <w:pStyle w:val="Caption"/>
        <w:keepNext/>
        <w:spacing w:before="140" w:after="80"/>
        <w:rPr>
          <w:color w:val="1F4E79"/>
        </w:rPr>
      </w:pPr>
    </w:p>
    <w:p w14:paraId="0C85049E" w14:textId="3504372F" w:rsidR="0038475B" w:rsidRDefault="0004466C">
      <w:pPr>
        <w:pStyle w:val="Caption"/>
        <w:keepNext/>
        <w:spacing w:before="140" w:after="80"/>
      </w:pPr>
      <w:proofErr w:type="spellStart"/>
      <w:r>
        <w:rPr>
          <w:color w:val="1F4E79"/>
        </w:rPr>
        <w:t>Tablica</w:t>
      </w:r>
      <w:proofErr w:type="spellEnd"/>
      <w:r>
        <w:rPr>
          <w:color w:val="1F4E79"/>
        </w:rPr>
        <w:t xml:space="preserve"> 5. </w:t>
      </w:r>
      <w:proofErr w:type="spellStart"/>
      <w:r>
        <w:rPr>
          <w:color w:val="1F4E79"/>
        </w:rPr>
        <w:t>Spremnost</w:t>
      </w:r>
      <w:proofErr w:type="spellEnd"/>
      <w:r>
        <w:rPr>
          <w:color w:val="1F4E79"/>
        </w:rPr>
        <w:t xml:space="preserve"> </w:t>
      </w:r>
      <w:proofErr w:type="spellStart"/>
      <w:r>
        <w:rPr>
          <w:color w:val="1F4E79"/>
        </w:rPr>
        <w:t>poslodavaca</w:t>
      </w:r>
      <w:proofErr w:type="spellEnd"/>
      <w:r>
        <w:rPr>
          <w:color w:val="1F4E79"/>
        </w:rPr>
        <w:t xml:space="preserve"> za </w:t>
      </w:r>
      <w:proofErr w:type="spellStart"/>
      <w:r>
        <w:rPr>
          <w:color w:val="1F4E79"/>
        </w:rPr>
        <w:t>nastavak</w:t>
      </w:r>
      <w:proofErr w:type="spellEnd"/>
      <w:r>
        <w:rPr>
          <w:color w:val="1F4E79"/>
        </w:rPr>
        <w:t xml:space="preserve"> </w:t>
      </w:r>
      <w:proofErr w:type="spellStart"/>
      <w:r>
        <w:rPr>
          <w:color w:val="1F4E79"/>
        </w:rPr>
        <w:t>suradnje</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1842"/>
        <w:gridCol w:w="1842"/>
      </w:tblGrid>
      <w:tr w:rsidR="00AB2BE3" w:rsidRPr="00CF3CD2" w14:paraId="198397D0" w14:textId="77777777" w:rsidTr="00F84A2D">
        <w:trPr>
          <w:cantSplit/>
          <w:tblHeader/>
          <w:jc w:val="center"/>
        </w:trPr>
        <w:tc>
          <w:tcPr>
            <w:tcW w:w="5103" w:type="dxa"/>
            <w:shd w:val="clear" w:color="auto" w:fill="1F4E79"/>
            <w:tcMar>
              <w:top w:w="90" w:type="dxa"/>
              <w:left w:w="90" w:type="dxa"/>
              <w:bottom w:w="90" w:type="dxa"/>
              <w:right w:w="90" w:type="dxa"/>
            </w:tcMar>
            <w:vAlign w:val="center"/>
          </w:tcPr>
          <w:p w14:paraId="660ED060" w14:textId="77777777" w:rsidR="00AB2BE3" w:rsidRPr="00CF3CD2" w:rsidRDefault="00681641">
            <w:pPr>
              <w:spacing w:after="0"/>
              <w:rPr>
                <w:rFonts w:ascii="Times New Roman" w:hAnsi="Times New Roman" w:cs="Times New Roman"/>
                <w:sz w:val="24"/>
                <w:szCs w:val="24"/>
              </w:rPr>
            </w:pPr>
            <w:proofErr w:type="spellStart"/>
            <w:r w:rsidRPr="00CF3CD2">
              <w:rPr>
                <w:rFonts w:cs="Times New Roman"/>
                <w:b/>
                <w:color w:val="FFFFFF"/>
                <w:sz w:val="17"/>
                <w:szCs w:val="24"/>
              </w:rPr>
              <w:t>Pitanje</w:t>
            </w:r>
            <w:proofErr w:type="spellEnd"/>
          </w:p>
        </w:tc>
        <w:tc>
          <w:tcPr>
            <w:tcW w:w="1842" w:type="dxa"/>
            <w:shd w:val="clear" w:color="auto" w:fill="1F4E79"/>
            <w:tcMar>
              <w:top w:w="90" w:type="dxa"/>
              <w:left w:w="90" w:type="dxa"/>
              <w:bottom w:w="90" w:type="dxa"/>
              <w:right w:w="90" w:type="dxa"/>
            </w:tcMar>
            <w:vAlign w:val="center"/>
          </w:tcPr>
          <w:p w14:paraId="615CEECE" w14:textId="77777777" w:rsidR="00AB2BE3" w:rsidRPr="00CF3CD2" w:rsidRDefault="00681641">
            <w:pPr>
              <w:spacing w:after="0"/>
              <w:jc w:val="center"/>
              <w:rPr>
                <w:rFonts w:ascii="Times New Roman" w:hAnsi="Times New Roman" w:cs="Times New Roman"/>
                <w:sz w:val="24"/>
                <w:szCs w:val="24"/>
              </w:rPr>
            </w:pPr>
            <w:r w:rsidRPr="00CF3CD2">
              <w:rPr>
                <w:rFonts w:cs="Times New Roman"/>
                <w:b/>
                <w:color w:val="FFFFFF"/>
                <w:sz w:val="17"/>
                <w:szCs w:val="24"/>
              </w:rPr>
              <w:t>Da</w:t>
            </w:r>
          </w:p>
        </w:tc>
        <w:tc>
          <w:tcPr>
            <w:tcW w:w="1842" w:type="dxa"/>
            <w:shd w:val="clear" w:color="auto" w:fill="1F4E79"/>
            <w:tcMar>
              <w:top w:w="90" w:type="dxa"/>
              <w:left w:w="90" w:type="dxa"/>
              <w:bottom w:w="90" w:type="dxa"/>
              <w:right w:w="90" w:type="dxa"/>
            </w:tcMar>
            <w:vAlign w:val="center"/>
          </w:tcPr>
          <w:p w14:paraId="45423F4F" w14:textId="77777777" w:rsidR="00AB2BE3" w:rsidRPr="00CF3CD2" w:rsidRDefault="00681641">
            <w:pPr>
              <w:spacing w:after="0"/>
              <w:jc w:val="center"/>
              <w:rPr>
                <w:rFonts w:ascii="Times New Roman" w:hAnsi="Times New Roman" w:cs="Times New Roman"/>
                <w:sz w:val="24"/>
                <w:szCs w:val="24"/>
              </w:rPr>
            </w:pPr>
            <w:r w:rsidRPr="00CF3CD2">
              <w:rPr>
                <w:rFonts w:cs="Times New Roman"/>
                <w:b/>
                <w:color w:val="FFFFFF"/>
                <w:sz w:val="17"/>
                <w:szCs w:val="24"/>
              </w:rPr>
              <w:t xml:space="preserve">Ne </w:t>
            </w:r>
            <w:proofErr w:type="spellStart"/>
            <w:r w:rsidRPr="00CF3CD2">
              <w:rPr>
                <w:rFonts w:cs="Times New Roman"/>
                <w:b/>
                <w:color w:val="FFFFFF"/>
                <w:sz w:val="17"/>
                <w:szCs w:val="24"/>
              </w:rPr>
              <w:t>mogu</w:t>
            </w:r>
            <w:proofErr w:type="spellEnd"/>
            <w:r w:rsidRPr="00CF3CD2">
              <w:rPr>
                <w:rFonts w:cs="Times New Roman"/>
                <w:b/>
                <w:color w:val="FFFFFF"/>
                <w:sz w:val="17"/>
                <w:szCs w:val="24"/>
              </w:rPr>
              <w:t xml:space="preserve"> </w:t>
            </w:r>
            <w:proofErr w:type="spellStart"/>
            <w:r w:rsidRPr="00CF3CD2">
              <w:rPr>
                <w:rFonts w:cs="Times New Roman"/>
                <w:b/>
                <w:color w:val="FFFFFF"/>
                <w:sz w:val="17"/>
                <w:szCs w:val="24"/>
              </w:rPr>
              <w:t>procijeniti</w:t>
            </w:r>
            <w:proofErr w:type="spellEnd"/>
          </w:p>
        </w:tc>
      </w:tr>
      <w:tr w:rsidR="00AB2BE3" w:rsidRPr="00CF3CD2" w14:paraId="052C3C66" w14:textId="77777777" w:rsidTr="00F84A2D">
        <w:trPr>
          <w:cantSplit/>
          <w:jc w:val="center"/>
        </w:trPr>
        <w:tc>
          <w:tcPr>
            <w:tcW w:w="5103" w:type="dxa"/>
            <w:shd w:val="clear" w:color="auto" w:fill="FFFFFF"/>
            <w:tcMar>
              <w:top w:w="90" w:type="dxa"/>
              <w:left w:w="90" w:type="dxa"/>
              <w:bottom w:w="90" w:type="dxa"/>
              <w:right w:w="90" w:type="dxa"/>
            </w:tcMar>
            <w:vAlign w:val="center"/>
          </w:tcPr>
          <w:p w14:paraId="6863BF6E" w14:textId="77777777" w:rsidR="00AB2BE3" w:rsidRPr="00CF3CD2" w:rsidRDefault="00681641">
            <w:pPr>
              <w:spacing w:after="0"/>
              <w:rPr>
                <w:rFonts w:ascii="Times New Roman" w:hAnsi="Times New Roman" w:cs="Times New Roman"/>
                <w:sz w:val="24"/>
                <w:szCs w:val="24"/>
              </w:rPr>
            </w:pPr>
            <w:proofErr w:type="spellStart"/>
            <w:r w:rsidRPr="00CF3CD2">
              <w:rPr>
                <w:rFonts w:cs="Times New Roman"/>
                <w:color w:val="1F1F1F"/>
                <w:sz w:val="17"/>
                <w:szCs w:val="24"/>
              </w:rPr>
              <w:t>Razmotrili</w:t>
            </w:r>
            <w:proofErr w:type="spellEnd"/>
            <w:r w:rsidRPr="00CF3CD2">
              <w:rPr>
                <w:rFonts w:cs="Times New Roman"/>
                <w:color w:val="1F1F1F"/>
                <w:sz w:val="17"/>
                <w:szCs w:val="24"/>
              </w:rPr>
              <w:t xml:space="preserve"> bi </w:t>
            </w:r>
            <w:proofErr w:type="spellStart"/>
            <w:r w:rsidRPr="00CF3CD2">
              <w:rPr>
                <w:rFonts w:cs="Times New Roman"/>
                <w:color w:val="1F1F1F"/>
                <w:sz w:val="17"/>
                <w:szCs w:val="24"/>
              </w:rPr>
              <w:t>zapošljavanje</w:t>
            </w:r>
            <w:proofErr w:type="spellEnd"/>
            <w:r w:rsidRPr="00CF3CD2">
              <w:rPr>
                <w:rFonts w:cs="Times New Roman"/>
                <w:color w:val="1F1F1F"/>
                <w:sz w:val="17"/>
                <w:szCs w:val="24"/>
              </w:rPr>
              <w:t xml:space="preserve"> </w:t>
            </w:r>
            <w:proofErr w:type="spellStart"/>
            <w:r w:rsidRPr="00CF3CD2">
              <w:rPr>
                <w:rFonts w:cs="Times New Roman"/>
                <w:color w:val="1F1F1F"/>
                <w:sz w:val="17"/>
                <w:szCs w:val="24"/>
              </w:rPr>
              <w:t>završenih</w:t>
            </w:r>
            <w:proofErr w:type="spellEnd"/>
            <w:r w:rsidRPr="00CF3CD2">
              <w:rPr>
                <w:rFonts w:cs="Times New Roman"/>
                <w:color w:val="1F1F1F"/>
                <w:sz w:val="17"/>
                <w:szCs w:val="24"/>
              </w:rPr>
              <w:t xml:space="preserve"> </w:t>
            </w:r>
            <w:proofErr w:type="spellStart"/>
            <w:r w:rsidRPr="00CF3CD2">
              <w:rPr>
                <w:rFonts w:cs="Times New Roman"/>
                <w:color w:val="1F1F1F"/>
                <w:sz w:val="17"/>
                <w:szCs w:val="24"/>
              </w:rPr>
              <w:t>studenata</w:t>
            </w:r>
            <w:proofErr w:type="spellEnd"/>
          </w:p>
        </w:tc>
        <w:tc>
          <w:tcPr>
            <w:tcW w:w="1842" w:type="dxa"/>
            <w:shd w:val="clear" w:color="auto" w:fill="FFFFFF"/>
            <w:tcMar>
              <w:top w:w="90" w:type="dxa"/>
              <w:left w:w="90" w:type="dxa"/>
              <w:bottom w:w="90" w:type="dxa"/>
              <w:right w:w="90" w:type="dxa"/>
            </w:tcMar>
            <w:vAlign w:val="center"/>
          </w:tcPr>
          <w:p w14:paraId="55B3D9FE"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7"/>
                <w:szCs w:val="24"/>
              </w:rPr>
              <w:t>12 (85,7 %)</w:t>
            </w:r>
          </w:p>
        </w:tc>
        <w:tc>
          <w:tcPr>
            <w:tcW w:w="1842" w:type="dxa"/>
            <w:shd w:val="clear" w:color="auto" w:fill="FFFFFF"/>
            <w:tcMar>
              <w:top w:w="90" w:type="dxa"/>
              <w:left w:w="90" w:type="dxa"/>
              <w:bottom w:w="90" w:type="dxa"/>
              <w:right w:w="90" w:type="dxa"/>
            </w:tcMar>
            <w:vAlign w:val="center"/>
          </w:tcPr>
          <w:p w14:paraId="6FBEC8DA"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7"/>
                <w:szCs w:val="24"/>
              </w:rPr>
              <w:t>2 (14,3 %)</w:t>
            </w:r>
          </w:p>
        </w:tc>
      </w:tr>
      <w:tr w:rsidR="00AB2BE3" w:rsidRPr="00CF3CD2" w14:paraId="6BF028B0" w14:textId="77777777" w:rsidTr="00F84A2D">
        <w:trPr>
          <w:cantSplit/>
          <w:jc w:val="center"/>
        </w:trPr>
        <w:tc>
          <w:tcPr>
            <w:tcW w:w="5103" w:type="dxa"/>
            <w:shd w:val="clear" w:color="auto" w:fill="F5F8FA"/>
            <w:tcMar>
              <w:top w:w="90" w:type="dxa"/>
              <w:left w:w="90" w:type="dxa"/>
              <w:bottom w:w="90" w:type="dxa"/>
              <w:right w:w="90" w:type="dxa"/>
            </w:tcMar>
            <w:vAlign w:val="center"/>
          </w:tcPr>
          <w:p w14:paraId="0D15C96F" w14:textId="77777777" w:rsidR="00AB2BE3" w:rsidRPr="00CF3CD2" w:rsidRDefault="00681641">
            <w:pPr>
              <w:spacing w:after="0"/>
              <w:rPr>
                <w:rFonts w:ascii="Times New Roman" w:hAnsi="Times New Roman" w:cs="Times New Roman"/>
                <w:sz w:val="24"/>
                <w:szCs w:val="24"/>
              </w:rPr>
            </w:pPr>
            <w:proofErr w:type="spellStart"/>
            <w:r w:rsidRPr="00CF3CD2">
              <w:rPr>
                <w:rFonts w:cs="Times New Roman"/>
                <w:color w:val="1F1F1F"/>
                <w:sz w:val="17"/>
                <w:szCs w:val="24"/>
              </w:rPr>
              <w:t>Ponovno</w:t>
            </w:r>
            <w:proofErr w:type="spellEnd"/>
            <w:r w:rsidRPr="00CF3CD2">
              <w:rPr>
                <w:rFonts w:cs="Times New Roman"/>
                <w:color w:val="1F1F1F"/>
                <w:sz w:val="17"/>
                <w:szCs w:val="24"/>
              </w:rPr>
              <w:t xml:space="preserve"> bi </w:t>
            </w:r>
            <w:proofErr w:type="spellStart"/>
            <w:r w:rsidRPr="00CF3CD2">
              <w:rPr>
                <w:rFonts w:cs="Times New Roman"/>
                <w:color w:val="1F1F1F"/>
                <w:sz w:val="17"/>
                <w:szCs w:val="24"/>
              </w:rPr>
              <w:t>prihvatili</w:t>
            </w:r>
            <w:proofErr w:type="spellEnd"/>
            <w:r w:rsidRPr="00CF3CD2">
              <w:rPr>
                <w:rFonts w:cs="Times New Roman"/>
                <w:color w:val="1F1F1F"/>
                <w:sz w:val="17"/>
                <w:szCs w:val="24"/>
              </w:rPr>
              <w:t xml:space="preserve"> </w:t>
            </w:r>
            <w:proofErr w:type="spellStart"/>
            <w:r w:rsidRPr="00CF3CD2">
              <w:rPr>
                <w:rFonts w:cs="Times New Roman"/>
                <w:color w:val="1F1F1F"/>
                <w:sz w:val="17"/>
                <w:szCs w:val="24"/>
              </w:rPr>
              <w:t>studente</w:t>
            </w:r>
            <w:proofErr w:type="spellEnd"/>
            <w:r w:rsidRPr="00CF3CD2">
              <w:rPr>
                <w:rFonts w:cs="Times New Roman"/>
                <w:color w:val="1F1F1F"/>
                <w:sz w:val="17"/>
                <w:szCs w:val="24"/>
              </w:rPr>
              <w:t xml:space="preserve"> </w:t>
            </w:r>
            <w:proofErr w:type="spellStart"/>
            <w:r w:rsidRPr="00CF3CD2">
              <w:rPr>
                <w:rFonts w:cs="Times New Roman"/>
                <w:color w:val="1F1F1F"/>
                <w:sz w:val="17"/>
                <w:szCs w:val="24"/>
              </w:rPr>
              <w:t>na</w:t>
            </w:r>
            <w:proofErr w:type="spellEnd"/>
            <w:r w:rsidRPr="00CF3CD2">
              <w:rPr>
                <w:rFonts w:cs="Times New Roman"/>
                <w:color w:val="1F1F1F"/>
                <w:sz w:val="17"/>
                <w:szCs w:val="24"/>
              </w:rPr>
              <w:t xml:space="preserve"> </w:t>
            </w:r>
            <w:proofErr w:type="spellStart"/>
            <w:r w:rsidRPr="00CF3CD2">
              <w:rPr>
                <w:rFonts w:cs="Times New Roman"/>
                <w:color w:val="1F1F1F"/>
                <w:sz w:val="17"/>
                <w:szCs w:val="24"/>
              </w:rPr>
              <w:t>stručnu</w:t>
            </w:r>
            <w:proofErr w:type="spellEnd"/>
            <w:r w:rsidRPr="00CF3CD2">
              <w:rPr>
                <w:rFonts w:cs="Times New Roman"/>
                <w:color w:val="1F1F1F"/>
                <w:sz w:val="17"/>
                <w:szCs w:val="24"/>
              </w:rPr>
              <w:t xml:space="preserve"> </w:t>
            </w:r>
            <w:proofErr w:type="spellStart"/>
            <w:r w:rsidRPr="00CF3CD2">
              <w:rPr>
                <w:rFonts w:cs="Times New Roman"/>
                <w:color w:val="1F1F1F"/>
                <w:sz w:val="17"/>
                <w:szCs w:val="24"/>
              </w:rPr>
              <w:t>praksu</w:t>
            </w:r>
            <w:proofErr w:type="spellEnd"/>
          </w:p>
        </w:tc>
        <w:tc>
          <w:tcPr>
            <w:tcW w:w="1842" w:type="dxa"/>
            <w:shd w:val="clear" w:color="auto" w:fill="F5F8FA"/>
            <w:tcMar>
              <w:top w:w="90" w:type="dxa"/>
              <w:left w:w="90" w:type="dxa"/>
              <w:bottom w:w="90" w:type="dxa"/>
              <w:right w:w="90" w:type="dxa"/>
            </w:tcMar>
            <w:vAlign w:val="center"/>
          </w:tcPr>
          <w:p w14:paraId="17DD5987"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7"/>
                <w:szCs w:val="24"/>
              </w:rPr>
              <w:t>14 (100,0 %)</w:t>
            </w:r>
          </w:p>
        </w:tc>
        <w:tc>
          <w:tcPr>
            <w:tcW w:w="1842" w:type="dxa"/>
            <w:shd w:val="clear" w:color="auto" w:fill="F5F8FA"/>
            <w:tcMar>
              <w:top w:w="90" w:type="dxa"/>
              <w:left w:w="90" w:type="dxa"/>
              <w:bottom w:w="90" w:type="dxa"/>
              <w:right w:w="90" w:type="dxa"/>
            </w:tcMar>
            <w:vAlign w:val="center"/>
          </w:tcPr>
          <w:p w14:paraId="21C05E58"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7"/>
                <w:szCs w:val="24"/>
              </w:rPr>
              <w:t>0</w:t>
            </w:r>
          </w:p>
        </w:tc>
      </w:tr>
      <w:tr w:rsidR="00AB2BE3" w:rsidRPr="00CF3CD2" w14:paraId="24A0FD67" w14:textId="77777777" w:rsidTr="00F84A2D">
        <w:trPr>
          <w:cantSplit/>
          <w:jc w:val="center"/>
        </w:trPr>
        <w:tc>
          <w:tcPr>
            <w:tcW w:w="5103" w:type="dxa"/>
            <w:shd w:val="clear" w:color="auto" w:fill="FFFFFF"/>
            <w:tcMar>
              <w:top w:w="90" w:type="dxa"/>
              <w:left w:w="90" w:type="dxa"/>
              <w:bottom w:w="90" w:type="dxa"/>
              <w:right w:w="90" w:type="dxa"/>
            </w:tcMar>
            <w:vAlign w:val="center"/>
          </w:tcPr>
          <w:p w14:paraId="7755D627" w14:textId="77777777" w:rsidR="00AB2BE3" w:rsidRPr="00CF3CD2" w:rsidRDefault="00681641">
            <w:pPr>
              <w:spacing w:after="0"/>
              <w:rPr>
                <w:rFonts w:ascii="Times New Roman" w:hAnsi="Times New Roman" w:cs="Times New Roman"/>
                <w:sz w:val="24"/>
                <w:szCs w:val="24"/>
              </w:rPr>
            </w:pPr>
            <w:proofErr w:type="spellStart"/>
            <w:r w:rsidRPr="00CF3CD2">
              <w:rPr>
                <w:rFonts w:cs="Times New Roman"/>
                <w:color w:val="1F1F1F"/>
                <w:sz w:val="17"/>
                <w:szCs w:val="24"/>
              </w:rPr>
              <w:t>Preporučili</w:t>
            </w:r>
            <w:proofErr w:type="spellEnd"/>
            <w:r w:rsidRPr="00CF3CD2">
              <w:rPr>
                <w:rFonts w:cs="Times New Roman"/>
                <w:color w:val="1F1F1F"/>
                <w:sz w:val="17"/>
                <w:szCs w:val="24"/>
              </w:rPr>
              <w:t xml:space="preserve"> bi </w:t>
            </w:r>
            <w:proofErr w:type="spellStart"/>
            <w:r w:rsidRPr="00CF3CD2">
              <w:rPr>
                <w:rFonts w:cs="Times New Roman"/>
                <w:color w:val="1F1F1F"/>
                <w:sz w:val="17"/>
                <w:szCs w:val="24"/>
              </w:rPr>
              <w:t>drugim</w:t>
            </w:r>
            <w:proofErr w:type="spellEnd"/>
            <w:r w:rsidRPr="00CF3CD2">
              <w:rPr>
                <w:rFonts w:cs="Times New Roman"/>
                <w:color w:val="1F1F1F"/>
                <w:sz w:val="17"/>
                <w:szCs w:val="24"/>
              </w:rPr>
              <w:t xml:space="preserve"> </w:t>
            </w:r>
            <w:proofErr w:type="spellStart"/>
            <w:r w:rsidRPr="00CF3CD2">
              <w:rPr>
                <w:rFonts w:cs="Times New Roman"/>
                <w:color w:val="1F1F1F"/>
                <w:sz w:val="17"/>
                <w:szCs w:val="24"/>
              </w:rPr>
              <w:t>ustanovama</w:t>
            </w:r>
            <w:proofErr w:type="spellEnd"/>
            <w:r w:rsidRPr="00CF3CD2">
              <w:rPr>
                <w:rFonts w:cs="Times New Roman"/>
                <w:color w:val="1F1F1F"/>
                <w:sz w:val="17"/>
                <w:szCs w:val="24"/>
              </w:rPr>
              <w:t xml:space="preserve"> </w:t>
            </w:r>
            <w:proofErr w:type="spellStart"/>
            <w:r w:rsidRPr="00CF3CD2">
              <w:rPr>
                <w:rFonts w:cs="Times New Roman"/>
                <w:color w:val="1F1F1F"/>
                <w:sz w:val="17"/>
                <w:szCs w:val="24"/>
              </w:rPr>
              <w:t>uključivanje</w:t>
            </w:r>
            <w:proofErr w:type="spellEnd"/>
            <w:r w:rsidRPr="00CF3CD2">
              <w:rPr>
                <w:rFonts w:cs="Times New Roman"/>
                <w:color w:val="1F1F1F"/>
                <w:sz w:val="17"/>
                <w:szCs w:val="24"/>
              </w:rPr>
              <w:t xml:space="preserve"> u </w:t>
            </w:r>
            <w:proofErr w:type="spellStart"/>
            <w:r w:rsidRPr="00CF3CD2">
              <w:rPr>
                <w:rFonts w:cs="Times New Roman"/>
                <w:color w:val="1F1F1F"/>
                <w:sz w:val="17"/>
                <w:szCs w:val="24"/>
              </w:rPr>
              <w:t>praksu</w:t>
            </w:r>
            <w:proofErr w:type="spellEnd"/>
          </w:p>
        </w:tc>
        <w:tc>
          <w:tcPr>
            <w:tcW w:w="1842" w:type="dxa"/>
            <w:shd w:val="clear" w:color="auto" w:fill="FFFFFF"/>
            <w:tcMar>
              <w:top w:w="90" w:type="dxa"/>
              <w:left w:w="90" w:type="dxa"/>
              <w:bottom w:w="90" w:type="dxa"/>
              <w:right w:w="90" w:type="dxa"/>
            </w:tcMar>
            <w:vAlign w:val="center"/>
          </w:tcPr>
          <w:p w14:paraId="33059DDD"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7"/>
                <w:szCs w:val="24"/>
              </w:rPr>
              <w:t>14 (100,0 %)</w:t>
            </w:r>
          </w:p>
        </w:tc>
        <w:tc>
          <w:tcPr>
            <w:tcW w:w="1842" w:type="dxa"/>
            <w:shd w:val="clear" w:color="auto" w:fill="FFFFFF"/>
            <w:tcMar>
              <w:top w:w="90" w:type="dxa"/>
              <w:left w:w="90" w:type="dxa"/>
              <w:bottom w:w="90" w:type="dxa"/>
              <w:right w:w="90" w:type="dxa"/>
            </w:tcMar>
            <w:vAlign w:val="center"/>
          </w:tcPr>
          <w:p w14:paraId="7985FF53" w14:textId="77777777" w:rsidR="00AB2BE3" w:rsidRPr="00CF3CD2" w:rsidRDefault="00681641">
            <w:pPr>
              <w:spacing w:after="0"/>
              <w:jc w:val="center"/>
              <w:rPr>
                <w:rFonts w:ascii="Times New Roman" w:hAnsi="Times New Roman" w:cs="Times New Roman"/>
                <w:sz w:val="24"/>
                <w:szCs w:val="24"/>
              </w:rPr>
            </w:pPr>
            <w:r w:rsidRPr="00CF3CD2">
              <w:rPr>
                <w:rFonts w:cs="Times New Roman"/>
                <w:color w:val="1F1F1F"/>
                <w:sz w:val="17"/>
                <w:szCs w:val="24"/>
              </w:rPr>
              <w:t>0</w:t>
            </w:r>
          </w:p>
        </w:tc>
      </w:tr>
    </w:tbl>
    <w:p w14:paraId="4F2621C6" w14:textId="77777777" w:rsidR="00AB2BE3" w:rsidRPr="00CF3CD2" w:rsidRDefault="00AB2BE3">
      <w:pPr>
        <w:spacing w:after="20"/>
        <w:rPr>
          <w:rFonts w:ascii="Times New Roman" w:hAnsi="Times New Roman" w:cs="Times New Roman"/>
          <w:sz w:val="24"/>
          <w:szCs w:val="24"/>
        </w:rPr>
      </w:pPr>
    </w:p>
    <w:p w14:paraId="04EA7C1B" w14:textId="77777777" w:rsidR="00AB2BE3" w:rsidRPr="00CF3CD2" w:rsidRDefault="00681641" w:rsidP="00CF3CD2">
      <w:pPr>
        <w:jc w:val="both"/>
        <w:rPr>
          <w:rFonts w:ascii="Times New Roman" w:hAnsi="Times New Roman" w:cs="Times New Roman"/>
          <w:sz w:val="24"/>
          <w:szCs w:val="24"/>
        </w:rPr>
      </w:pPr>
      <w:r w:rsidRPr="00CF3CD2">
        <w:rPr>
          <w:rFonts w:ascii="Times New Roman" w:hAnsi="Times New Roman" w:cs="Times New Roman"/>
          <w:sz w:val="24"/>
          <w:szCs w:val="24"/>
        </w:rPr>
        <w:t xml:space="preserve">Svi </w:t>
      </w:r>
      <w:proofErr w:type="spellStart"/>
      <w:r w:rsidRPr="00CF3CD2">
        <w:rPr>
          <w:rFonts w:ascii="Times New Roman" w:hAnsi="Times New Roman" w:cs="Times New Roman"/>
          <w:sz w:val="24"/>
          <w:szCs w:val="24"/>
        </w:rPr>
        <w:t>ispitanici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ponovno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bi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prihvatili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studente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praksu</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preporučili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drugim</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ustanovama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uključivanje</w:t>
      </w:r>
      <w:proofErr w:type="spellEnd"/>
      <w:r w:rsidRPr="00CF3CD2">
        <w:rPr>
          <w:rFonts w:ascii="Times New Roman" w:hAnsi="Times New Roman" w:cs="Times New Roman"/>
          <w:sz w:val="24"/>
          <w:szCs w:val="24"/>
        </w:rPr>
        <w:t xml:space="preserve"> u </w:t>
      </w:r>
      <w:proofErr w:type="spellStart"/>
      <w:r w:rsidRPr="00CF3CD2">
        <w:rPr>
          <w:rFonts w:ascii="Times New Roman" w:hAnsi="Times New Roman" w:cs="Times New Roman"/>
          <w:sz w:val="24"/>
          <w:szCs w:val="24"/>
        </w:rPr>
        <w:t>provedbu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stručne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prakse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Dvanaest</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ispitanika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razmotrilo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bi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zapošljavanje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završenih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studenata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dok</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dva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ispitanika</w:t>
      </w:r>
      <w:proofErr w:type="spellEnd"/>
      <w:r w:rsidRPr="00CF3CD2">
        <w:rPr>
          <w:rFonts w:ascii="Times New Roman" w:hAnsi="Times New Roman" w:cs="Times New Roman"/>
          <w:sz w:val="24"/>
          <w:szCs w:val="24"/>
        </w:rPr>
        <w:t xml:space="preserve"> to u </w:t>
      </w:r>
      <w:proofErr w:type="spellStart"/>
      <w:r w:rsidRPr="00CF3CD2">
        <w:rPr>
          <w:rFonts w:ascii="Times New Roman" w:hAnsi="Times New Roman" w:cs="Times New Roman"/>
          <w:sz w:val="24"/>
          <w:szCs w:val="24"/>
        </w:rPr>
        <w:t>ovom</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trenutku</w:t>
      </w:r>
      <w:proofErr w:type="spellEnd"/>
      <w:r w:rsidRPr="00CF3CD2">
        <w:rPr>
          <w:rFonts w:ascii="Times New Roman" w:hAnsi="Times New Roman" w:cs="Times New Roman"/>
          <w:sz w:val="24"/>
          <w:szCs w:val="24"/>
        </w:rPr>
        <w:t xml:space="preserve"> ne </w:t>
      </w:r>
      <w:proofErr w:type="spellStart"/>
      <w:r w:rsidRPr="00CF3CD2">
        <w:rPr>
          <w:rFonts w:ascii="Times New Roman" w:hAnsi="Times New Roman" w:cs="Times New Roman"/>
          <w:sz w:val="24"/>
          <w:szCs w:val="24"/>
        </w:rPr>
        <w:t>mogu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procijeniti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nije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zabilježen</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nijedan</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negativan</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odgovor</w:t>
      </w:r>
      <w:proofErr w:type="spellEnd"/>
      <w:r w:rsidRPr="00CF3CD2">
        <w:rPr>
          <w:rFonts w:ascii="Times New Roman" w:hAnsi="Times New Roman" w:cs="Times New Roman"/>
          <w:sz w:val="24"/>
          <w:szCs w:val="24"/>
        </w:rPr>
        <w:t>.</w:t>
      </w:r>
    </w:p>
    <w:p w14:paraId="32A7BCC0" w14:textId="77777777" w:rsidR="00AB2BE3" w:rsidRPr="00CF3CD2" w:rsidRDefault="00681641">
      <w:pPr>
        <w:pStyle w:val="Heading1"/>
        <w:rPr>
          <w:rFonts w:ascii="Times New Roman" w:hAnsi="Times New Roman" w:cs="Times New Roman"/>
          <w:sz w:val="24"/>
          <w:szCs w:val="24"/>
        </w:rPr>
      </w:pPr>
      <w:r w:rsidRPr="00CF3CD2">
        <w:rPr>
          <w:rFonts w:ascii="Times New Roman" w:hAnsi="Times New Roman" w:cs="Times New Roman"/>
          <w:sz w:val="24"/>
          <w:szCs w:val="24"/>
        </w:rPr>
        <w:t xml:space="preserve">7. </w:t>
      </w:r>
      <w:proofErr w:type="spellStart"/>
      <w:r w:rsidRPr="00CF3CD2">
        <w:rPr>
          <w:rFonts w:ascii="Times New Roman" w:hAnsi="Times New Roman" w:cs="Times New Roman"/>
          <w:sz w:val="24"/>
          <w:szCs w:val="24"/>
        </w:rPr>
        <w:t>Zaključak</w:t>
      </w:r>
      <w:proofErr w:type="spellEnd"/>
    </w:p>
    <w:p w14:paraId="198269B7" w14:textId="77777777" w:rsidR="00B878BB" w:rsidRDefault="00681641" w:rsidP="00CF3CD2">
      <w:pPr>
        <w:jc w:val="both"/>
        <w:rPr>
          <w:rFonts w:ascii="Times New Roman" w:hAnsi="Times New Roman" w:cs="Times New Roman"/>
          <w:sz w:val="24"/>
          <w:szCs w:val="24"/>
        </w:rPr>
      </w:pPr>
      <w:proofErr w:type="spellStart"/>
      <w:r w:rsidRPr="00CF3CD2">
        <w:rPr>
          <w:rFonts w:ascii="Times New Roman" w:hAnsi="Times New Roman" w:cs="Times New Roman"/>
          <w:sz w:val="24"/>
          <w:szCs w:val="24"/>
        </w:rPr>
        <w:t>Rezultati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ankete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pokazuju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visoku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razinu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zadovoljstva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poslodavaca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studentima</w:t>
      </w:r>
      <w:proofErr w:type="spellEnd"/>
      <w:r w:rsidRPr="00CF3CD2">
        <w:rPr>
          <w:rFonts w:ascii="Times New Roman" w:hAnsi="Times New Roman" w:cs="Times New Roman"/>
          <w:sz w:val="24"/>
          <w:szCs w:val="24"/>
        </w:rPr>
        <w:t xml:space="preserve"> Veleučilišta Ivanić-Grad </w:t>
      </w:r>
      <w:proofErr w:type="spellStart"/>
      <w:r w:rsidRPr="00CF3CD2">
        <w:rPr>
          <w:rFonts w:ascii="Times New Roman" w:hAnsi="Times New Roman" w:cs="Times New Roman"/>
          <w:sz w:val="24"/>
          <w:szCs w:val="24"/>
        </w:rPr>
        <w:t>na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stručnoj</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praksi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Posebne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snage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studenata</w:t>
      </w:r>
      <w:proofErr w:type="spellEnd"/>
      <w:r w:rsidRPr="00CF3CD2">
        <w:rPr>
          <w:rFonts w:ascii="Times New Roman" w:hAnsi="Times New Roman" w:cs="Times New Roman"/>
          <w:sz w:val="24"/>
          <w:szCs w:val="24"/>
        </w:rPr>
        <w:t xml:space="preserve"> rad </w:t>
      </w:r>
      <w:proofErr w:type="spellStart"/>
      <w:r w:rsidRPr="00CF3CD2">
        <w:rPr>
          <w:rFonts w:ascii="Times New Roman" w:hAnsi="Times New Roman" w:cs="Times New Roman"/>
          <w:sz w:val="24"/>
          <w:szCs w:val="24"/>
        </w:rPr>
        <w:t>na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računalu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timski</w:t>
      </w:r>
      <w:proofErr w:type="spellEnd"/>
      <w:r w:rsidRPr="00CF3CD2">
        <w:rPr>
          <w:rFonts w:ascii="Times New Roman" w:hAnsi="Times New Roman" w:cs="Times New Roman"/>
          <w:sz w:val="24"/>
          <w:szCs w:val="24"/>
        </w:rPr>
        <w:t xml:space="preserve"> rad, </w:t>
      </w:r>
      <w:proofErr w:type="spellStart"/>
      <w:r w:rsidRPr="00CF3CD2">
        <w:rPr>
          <w:rFonts w:ascii="Times New Roman" w:hAnsi="Times New Roman" w:cs="Times New Roman"/>
          <w:sz w:val="24"/>
          <w:szCs w:val="24"/>
        </w:rPr>
        <w:t>profesionalnost</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odgovornost</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odnos</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prema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pacijentima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Suradnja</w:t>
      </w:r>
      <w:proofErr w:type="spellEnd"/>
      <w:r w:rsidRPr="00CF3CD2">
        <w:rPr>
          <w:rFonts w:ascii="Times New Roman" w:hAnsi="Times New Roman" w:cs="Times New Roman"/>
          <w:sz w:val="24"/>
          <w:szCs w:val="24"/>
        </w:rPr>
        <w:t xml:space="preserve"> Veleučilišta s </w:t>
      </w:r>
      <w:proofErr w:type="spellStart"/>
      <w:r w:rsidRPr="00CF3CD2">
        <w:rPr>
          <w:rFonts w:ascii="Times New Roman" w:hAnsi="Times New Roman" w:cs="Times New Roman"/>
          <w:sz w:val="24"/>
          <w:szCs w:val="24"/>
        </w:rPr>
        <w:t>ustanovama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ocijenjena</w:t>
      </w:r>
      <w:proofErr w:type="spellEnd"/>
      <w:r w:rsidRPr="00CF3CD2">
        <w:rPr>
          <w:rFonts w:ascii="Times New Roman" w:hAnsi="Times New Roman" w:cs="Times New Roman"/>
          <w:sz w:val="24"/>
          <w:szCs w:val="24"/>
        </w:rPr>
        <w:t xml:space="preserve"> je </w:t>
      </w:r>
      <w:proofErr w:type="spellStart"/>
      <w:r w:rsidRPr="00CF3CD2">
        <w:rPr>
          <w:rFonts w:ascii="Times New Roman" w:hAnsi="Times New Roman" w:cs="Times New Roman"/>
          <w:sz w:val="24"/>
          <w:szCs w:val="24"/>
        </w:rPr>
        <w:t>vrlo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povoljno</w:t>
      </w:r>
      <w:proofErr w:type="spellEnd"/>
      <w:r w:rsidRPr="00CF3CD2">
        <w:rPr>
          <w:rFonts w:ascii="Times New Roman" w:hAnsi="Times New Roman" w:cs="Times New Roman"/>
          <w:sz w:val="24"/>
          <w:szCs w:val="24"/>
        </w:rPr>
        <w:t xml:space="preserve">, a </w:t>
      </w:r>
      <w:proofErr w:type="spellStart"/>
      <w:r w:rsidRPr="00CF3CD2">
        <w:rPr>
          <w:rFonts w:ascii="Times New Roman" w:hAnsi="Times New Roman" w:cs="Times New Roman"/>
          <w:sz w:val="24"/>
          <w:szCs w:val="24"/>
        </w:rPr>
        <w:t>potpuna</w:t>
      </w:r>
      <w:proofErr w:type="spellEnd"/>
      <w:r w:rsidRPr="00CF3CD2">
        <w:rPr>
          <w:rFonts w:ascii="Times New Roman" w:hAnsi="Times New Roman" w:cs="Times New Roman"/>
          <w:sz w:val="24"/>
          <w:szCs w:val="24"/>
        </w:rPr>
        <w:t xml:space="preserve"> </w:t>
      </w:r>
    </w:p>
    <w:p w14:paraId="1281E59A" w14:textId="77777777" w:rsidR="00B878BB" w:rsidRDefault="00B878BB" w:rsidP="00CF3CD2">
      <w:pPr>
        <w:jc w:val="both"/>
        <w:rPr>
          <w:rFonts w:ascii="Times New Roman" w:hAnsi="Times New Roman" w:cs="Times New Roman"/>
          <w:sz w:val="24"/>
          <w:szCs w:val="24"/>
        </w:rPr>
      </w:pPr>
    </w:p>
    <w:p w14:paraId="12015E66" w14:textId="77777777" w:rsidR="00B878BB" w:rsidRDefault="00B878BB" w:rsidP="00CF3CD2">
      <w:pPr>
        <w:jc w:val="both"/>
        <w:rPr>
          <w:rFonts w:ascii="Times New Roman" w:hAnsi="Times New Roman" w:cs="Times New Roman"/>
          <w:sz w:val="24"/>
          <w:szCs w:val="24"/>
        </w:rPr>
      </w:pPr>
    </w:p>
    <w:p w14:paraId="6800DA47" w14:textId="2ED90B79" w:rsidR="004B0786" w:rsidRPr="00B878BB" w:rsidRDefault="00681641" w:rsidP="00CF3CD2">
      <w:pPr>
        <w:jc w:val="both"/>
        <w:rPr>
          <w:rFonts w:ascii="Times New Roman" w:hAnsi="Times New Roman" w:cs="Times New Roman"/>
          <w:sz w:val="24"/>
          <w:szCs w:val="24"/>
        </w:rPr>
      </w:pPr>
      <w:proofErr w:type="spellStart"/>
      <w:r w:rsidRPr="00CF3CD2">
        <w:rPr>
          <w:rFonts w:ascii="Times New Roman" w:hAnsi="Times New Roman" w:cs="Times New Roman"/>
          <w:sz w:val="24"/>
          <w:szCs w:val="24"/>
        </w:rPr>
        <w:t>spremnost</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svih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ispitanika</w:t>
      </w:r>
      <w:proofErr w:type="spellEnd"/>
      <w:r w:rsidRPr="00CF3CD2">
        <w:rPr>
          <w:rFonts w:ascii="Times New Roman" w:hAnsi="Times New Roman" w:cs="Times New Roman"/>
          <w:sz w:val="24"/>
          <w:szCs w:val="24"/>
        </w:rPr>
        <w:t xml:space="preserve"> za </w:t>
      </w:r>
      <w:proofErr w:type="spellStart"/>
      <w:r w:rsidRPr="00CF3CD2">
        <w:rPr>
          <w:rFonts w:ascii="Times New Roman" w:hAnsi="Times New Roman" w:cs="Times New Roman"/>
          <w:sz w:val="24"/>
          <w:szCs w:val="24"/>
        </w:rPr>
        <w:t>ponovni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prihvat</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studenata</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preporuku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suradnje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potvrđuje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kvalitetu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postojećih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partnerskih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odnosa</w:t>
      </w:r>
      <w:proofErr w:type="spellEnd"/>
      <w:r w:rsidRPr="00CF3CD2">
        <w:rPr>
          <w:rFonts w:ascii="Times New Roman" w:hAnsi="Times New Roman" w:cs="Times New Roman"/>
          <w:sz w:val="24"/>
          <w:szCs w:val="24"/>
        </w:rPr>
        <w:t>.</w:t>
      </w:r>
      <w:r w:rsidR="004B0786" w:rsidRPr="004B0786">
        <w:t xml:space="preserve"> </w:t>
      </w:r>
    </w:p>
    <w:p w14:paraId="03C2CF68" w14:textId="25654D84" w:rsidR="00AB2BE3" w:rsidRPr="00CF3CD2" w:rsidRDefault="004B0786" w:rsidP="00CF3CD2">
      <w:pPr>
        <w:jc w:val="both"/>
        <w:rPr>
          <w:rFonts w:ascii="Times New Roman" w:hAnsi="Times New Roman" w:cs="Times New Roman"/>
          <w:sz w:val="24"/>
          <w:szCs w:val="24"/>
        </w:rPr>
      </w:pPr>
      <w:r w:rsidRPr="004B0786">
        <w:rPr>
          <w:rFonts w:ascii="Times New Roman" w:hAnsi="Times New Roman" w:cs="Times New Roman"/>
          <w:sz w:val="24"/>
          <w:szCs w:val="24"/>
        </w:rPr>
        <w:t xml:space="preserve">Analiza </w:t>
      </w:r>
      <w:proofErr w:type="spellStart"/>
      <w:r w:rsidRPr="004B0786">
        <w:rPr>
          <w:rFonts w:ascii="Times New Roman" w:hAnsi="Times New Roman" w:cs="Times New Roman"/>
          <w:sz w:val="24"/>
          <w:szCs w:val="24"/>
        </w:rPr>
        <w:t>prema</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studijskim</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programima</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pokazala</w:t>
      </w:r>
      <w:proofErr w:type="spellEnd"/>
      <w:r w:rsidRPr="004B0786">
        <w:rPr>
          <w:rFonts w:ascii="Times New Roman" w:hAnsi="Times New Roman" w:cs="Times New Roman"/>
          <w:sz w:val="24"/>
          <w:szCs w:val="24"/>
        </w:rPr>
        <w:t xml:space="preserve"> je </w:t>
      </w:r>
      <w:proofErr w:type="spellStart"/>
      <w:r w:rsidRPr="004B0786">
        <w:rPr>
          <w:rFonts w:ascii="Times New Roman" w:hAnsi="Times New Roman" w:cs="Times New Roman"/>
          <w:sz w:val="24"/>
          <w:szCs w:val="24"/>
        </w:rPr>
        <w:t>nešto</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višu</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ukupnu</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prosječnu</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ocjenu</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studenata</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Sestrinstva</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dok</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su</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kod</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studenata</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Fizioterapije</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kao</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posebne</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snage</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prepoznati</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motivacija</w:t>
      </w:r>
      <w:proofErr w:type="spellEnd"/>
      <w:r w:rsidRPr="004B0786">
        <w:rPr>
          <w:rFonts w:ascii="Times New Roman" w:hAnsi="Times New Roman" w:cs="Times New Roman"/>
          <w:sz w:val="24"/>
          <w:szCs w:val="24"/>
        </w:rPr>
        <w:t xml:space="preserve"> i </w:t>
      </w:r>
      <w:proofErr w:type="spellStart"/>
      <w:r w:rsidRPr="004B0786">
        <w:rPr>
          <w:rFonts w:ascii="Times New Roman" w:hAnsi="Times New Roman" w:cs="Times New Roman"/>
          <w:sz w:val="24"/>
          <w:szCs w:val="24"/>
        </w:rPr>
        <w:t>timski</w:t>
      </w:r>
      <w:proofErr w:type="spellEnd"/>
      <w:r w:rsidRPr="004B0786">
        <w:rPr>
          <w:rFonts w:ascii="Times New Roman" w:hAnsi="Times New Roman" w:cs="Times New Roman"/>
          <w:sz w:val="24"/>
          <w:szCs w:val="24"/>
        </w:rPr>
        <w:t xml:space="preserve"> rad, a </w:t>
      </w:r>
      <w:proofErr w:type="spellStart"/>
      <w:r w:rsidRPr="004B0786">
        <w:rPr>
          <w:rFonts w:ascii="Times New Roman" w:hAnsi="Times New Roman" w:cs="Times New Roman"/>
          <w:sz w:val="24"/>
          <w:szCs w:val="24"/>
        </w:rPr>
        <w:t>kao</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prostor</w:t>
      </w:r>
      <w:proofErr w:type="spellEnd"/>
      <w:r w:rsidRPr="004B0786">
        <w:rPr>
          <w:rFonts w:ascii="Times New Roman" w:hAnsi="Times New Roman" w:cs="Times New Roman"/>
          <w:sz w:val="24"/>
          <w:szCs w:val="24"/>
        </w:rPr>
        <w:t xml:space="preserve"> za </w:t>
      </w:r>
      <w:proofErr w:type="spellStart"/>
      <w:r w:rsidRPr="004B0786">
        <w:rPr>
          <w:rFonts w:ascii="Times New Roman" w:hAnsi="Times New Roman" w:cs="Times New Roman"/>
          <w:sz w:val="24"/>
          <w:szCs w:val="24"/>
        </w:rPr>
        <w:t>poboljšanje</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teorijska</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znanja</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praktične</w:t>
      </w:r>
      <w:proofErr w:type="spellEnd"/>
      <w:r w:rsidRPr="004B0786">
        <w:rPr>
          <w:rFonts w:ascii="Times New Roman" w:hAnsi="Times New Roman" w:cs="Times New Roman"/>
          <w:sz w:val="24"/>
          <w:szCs w:val="24"/>
        </w:rPr>
        <w:t xml:space="preserve"> </w:t>
      </w:r>
      <w:proofErr w:type="spellStart"/>
      <w:r w:rsidRPr="004B0786">
        <w:rPr>
          <w:rFonts w:ascii="Times New Roman" w:hAnsi="Times New Roman" w:cs="Times New Roman"/>
          <w:sz w:val="24"/>
          <w:szCs w:val="24"/>
        </w:rPr>
        <w:t>vještine</w:t>
      </w:r>
      <w:proofErr w:type="spellEnd"/>
      <w:r w:rsidRPr="004B0786">
        <w:rPr>
          <w:rFonts w:ascii="Times New Roman" w:hAnsi="Times New Roman" w:cs="Times New Roman"/>
          <w:sz w:val="24"/>
          <w:szCs w:val="24"/>
        </w:rPr>
        <w:t xml:space="preserve"> i </w:t>
      </w:r>
      <w:proofErr w:type="spellStart"/>
      <w:r w:rsidRPr="004B0786">
        <w:rPr>
          <w:rFonts w:ascii="Times New Roman" w:hAnsi="Times New Roman" w:cs="Times New Roman"/>
          <w:sz w:val="24"/>
          <w:szCs w:val="24"/>
        </w:rPr>
        <w:t>samostalnost</w:t>
      </w:r>
      <w:proofErr w:type="spellEnd"/>
      <w:r w:rsidRPr="004B0786">
        <w:rPr>
          <w:rFonts w:ascii="Times New Roman" w:hAnsi="Times New Roman" w:cs="Times New Roman"/>
          <w:sz w:val="24"/>
          <w:szCs w:val="24"/>
        </w:rPr>
        <w:t>.</w:t>
      </w:r>
    </w:p>
    <w:p w14:paraId="639B74B0" w14:textId="3D4124DD" w:rsidR="00AB2BE3" w:rsidRPr="00CF3CD2" w:rsidRDefault="00681641" w:rsidP="00CF3CD2">
      <w:pPr>
        <w:jc w:val="both"/>
        <w:rPr>
          <w:rFonts w:ascii="Times New Roman" w:hAnsi="Times New Roman" w:cs="Times New Roman"/>
          <w:sz w:val="24"/>
          <w:szCs w:val="24"/>
        </w:rPr>
      </w:pPr>
      <w:proofErr w:type="spellStart"/>
      <w:r w:rsidRPr="00CF3CD2">
        <w:rPr>
          <w:rFonts w:ascii="Times New Roman" w:hAnsi="Times New Roman" w:cs="Times New Roman"/>
          <w:sz w:val="24"/>
          <w:szCs w:val="24"/>
        </w:rPr>
        <w:t>Istodobno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rezultati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upućuju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potrebu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daljnjeg</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jačanja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samostalnosti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praktičnih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vještina</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teorijskih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znanja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dijela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studenata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Otvoreni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odgovori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osobito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naglašavaju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važnost</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većeg</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kontinuiteta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prakse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dostupnijeg</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mentorstva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jasne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komunikacije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studentskih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obveza</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boljeg</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vremenskog</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usklađivanja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stručne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prakse</w:t>
      </w:r>
      <w:proofErr w:type="spellEnd"/>
      <w:r w:rsidRPr="00CF3CD2">
        <w:rPr>
          <w:rFonts w:ascii="Times New Roman" w:hAnsi="Times New Roman" w:cs="Times New Roman"/>
          <w:sz w:val="24"/>
          <w:szCs w:val="24"/>
        </w:rPr>
        <w:t xml:space="preserve"> s </w:t>
      </w:r>
      <w:proofErr w:type="spellStart"/>
      <w:r w:rsidRPr="00CF3CD2">
        <w:rPr>
          <w:rFonts w:ascii="Times New Roman" w:hAnsi="Times New Roman" w:cs="Times New Roman"/>
          <w:sz w:val="24"/>
          <w:szCs w:val="24"/>
        </w:rPr>
        <w:t>relevantnim</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kolegijima</w:t>
      </w:r>
      <w:proofErr w:type="spellEnd"/>
      <w:r w:rsidRPr="00CF3CD2">
        <w:rPr>
          <w:rFonts w:ascii="Times New Roman" w:hAnsi="Times New Roman" w:cs="Times New Roman"/>
          <w:sz w:val="24"/>
          <w:szCs w:val="24"/>
        </w:rPr>
        <w:t>.</w:t>
      </w:r>
    </w:p>
    <w:p w14:paraId="5DD86EB5" w14:textId="09C2F783" w:rsidR="00AB2BE3" w:rsidRPr="00CF3CD2" w:rsidRDefault="00681641">
      <w:pPr>
        <w:pStyle w:val="Heading1"/>
        <w:rPr>
          <w:rFonts w:ascii="Times New Roman" w:hAnsi="Times New Roman" w:cs="Times New Roman"/>
          <w:sz w:val="24"/>
          <w:szCs w:val="24"/>
        </w:rPr>
      </w:pPr>
      <w:r w:rsidRPr="00CF3CD2">
        <w:rPr>
          <w:rFonts w:ascii="Times New Roman" w:hAnsi="Times New Roman" w:cs="Times New Roman"/>
          <w:sz w:val="24"/>
          <w:szCs w:val="24"/>
        </w:rPr>
        <w:t xml:space="preserve">8. </w:t>
      </w:r>
      <w:proofErr w:type="spellStart"/>
      <w:r w:rsidRPr="00CF3CD2">
        <w:rPr>
          <w:rFonts w:ascii="Times New Roman" w:hAnsi="Times New Roman" w:cs="Times New Roman"/>
          <w:sz w:val="24"/>
          <w:szCs w:val="24"/>
        </w:rPr>
        <w:t>Preporuke</w:t>
      </w:r>
      <w:proofErr w:type="spellEnd"/>
      <w:r w:rsidRPr="00CF3CD2">
        <w:rPr>
          <w:rFonts w:ascii="Times New Roman" w:hAnsi="Times New Roman" w:cs="Times New Roman"/>
          <w:sz w:val="24"/>
          <w:szCs w:val="24"/>
        </w:rPr>
        <w:t xml:space="preserve"> za </w:t>
      </w:r>
      <w:proofErr w:type="spellStart"/>
      <w:r w:rsidRPr="00CF3CD2">
        <w:rPr>
          <w:rFonts w:ascii="Times New Roman" w:hAnsi="Times New Roman" w:cs="Times New Roman"/>
          <w:sz w:val="24"/>
          <w:szCs w:val="24"/>
        </w:rPr>
        <w:t>daljnje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postupanje</w:t>
      </w:r>
      <w:proofErr w:type="spellEnd"/>
    </w:p>
    <w:p w14:paraId="531C0FBC" w14:textId="022F1B17" w:rsidR="00AB2BE3" w:rsidRPr="00CF3CD2" w:rsidRDefault="00681641">
      <w:pPr>
        <w:pStyle w:val="ListNumber"/>
        <w:keepLines/>
        <w:rPr>
          <w:rFonts w:ascii="Times New Roman" w:hAnsi="Times New Roman" w:cs="Times New Roman"/>
          <w:sz w:val="24"/>
          <w:szCs w:val="24"/>
        </w:rPr>
      </w:pPr>
      <w:proofErr w:type="spellStart"/>
      <w:r w:rsidRPr="00CF3CD2">
        <w:rPr>
          <w:rFonts w:ascii="Times New Roman" w:hAnsi="Times New Roman" w:cs="Times New Roman"/>
          <w:sz w:val="24"/>
          <w:szCs w:val="24"/>
        </w:rPr>
        <w:t>Analizirati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mogućnost</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povećanja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kontinuiteta</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trajanja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stručne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prakse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uz</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poseban</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naglasak</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radilišta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kojima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mogu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postupno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razvijati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samostalnost</w:t>
      </w:r>
      <w:proofErr w:type="spellEnd"/>
      <w:r w:rsidRPr="00CF3CD2">
        <w:rPr>
          <w:rFonts w:ascii="Times New Roman" w:hAnsi="Times New Roman" w:cs="Times New Roman"/>
          <w:sz w:val="24"/>
          <w:szCs w:val="24"/>
        </w:rPr>
        <w:t>.</w:t>
      </w:r>
    </w:p>
    <w:p w14:paraId="76949468" w14:textId="37B50F60" w:rsidR="00AB2BE3" w:rsidRPr="00CF3CD2" w:rsidRDefault="00681641">
      <w:pPr>
        <w:pStyle w:val="ListNumber"/>
        <w:keepLines/>
        <w:rPr>
          <w:rFonts w:ascii="Times New Roman" w:hAnsi="Times New Roman" w:cs="Times New Roman"/>
          <w:sz w:val="24"/>
          <w:szCs w:val="24"/>
        </w:rPr>
      </w:pPr>
      <w:r w:rsidRPr="00CF3CD2">
        <w:rPr>
          <w:rFonts w:ascii="Times New Roman" w:hAnsi="Times New Roman" w:cs="Times New Roman"/>
          <w:sz w:val="24"/>
          <w:szCs w:val="24"/>
        </w:rPr>
        <w:t xml:space="preserve">S </w:t>
      </w:r>
      <w:proofErr w:type="spellStart"/>
      <w:r w:rsidRPr="00CF3CD2">
        <w:rPr>
          <w:rFonts w:ascii="Times New Roman" w:hAnsi="Times New Roman" w:cs="Times New Roman"/>
          <w:sz w:val="24"/>
          <w:szCs w:val="24"/>
        </w:rPr>
        <w:t>partnerskim</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ustanovama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dogovoriti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optimalan</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broj</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studenata</w:t>
      </w:r>
      <w:proofErr w:type="spellEnd"/>
      <w:r w:rsidRPr="00CF3CD2">
        <w:rPr>
          <w:rFonts w:ascii="Times New Roman" w:hAnsi="Times New Roman" w:cs="Times New Roman"/>
          <w:sz w:val="24"/>
          <w:szCs w:val="24"/>
        </w:rPr>
        <w:t xml:space="preserve"> po </w:t>
      </w:r>
      <w:proofErr w:type="spellStart"/>
      <w:r w:rsidRPr="00CF3CD2">
        <w:rPr>
          <w:rFonts w:ascii="Times New Roman" w:hAnsi="Times New Roman" w:cs="Times New Roman"/>
          <w:sz w:val="24"/>
          <w:szCs w:val="24"/>
        </w:rPr>
        <w:t>mentoru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te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jasnije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definirati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očekivane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ishode</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zadatke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pojedinom</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radilištu</w:t>
      </w:r>
      <w:proofErr w:type="spellEnd"/>
      <w:r w:rsidRPr="00CF3CD2">
        <w:rPr>
          <w:rFonts w:ascii="Times New Roman" w:hAnsi="Times New Roman" w:cs="Times New Roman"/>
          <w:sz w:val="24"/>
          <w:szCs w:val="24"/>
        </w:rPr>
        <w:t>.</w:t>
      </w:r>
    </w:p>
    <w:p w14:paraId="3D0E5650" w14:textId="1777426E" w:rsidR="00AB2BE3" w:rsidRPr="00CF3CD2" w:rsidRDefault="00681641">
      <w:pPr>
        <w:pStyle w:val="ListNumber"/>
        <w:keepLines/>
        <w:rPr>
          <w:rFonts w:ascii="Times New Roman" w:hAnsi="Times New Roman" w:cs="Times New Roman"/>
          <w:sz w:val="24"/>
          <w:szCs w:val="24"/>
        </w:rPr>
      </w:pPr>
      <w:proofErr w:type="spellStart"/>
      <w:r w:rsidRPr="00CF3CD2">
        <w:rPr>
          <w:rFonts w:ascii="Times New Roman" w:hAnsi="Times New Roman" w:cs="Times New Roman"/>
          <w:sz w:val="24"/>
          <w:szCs w:val="24"/>
        </w:rPr>
        <w:t>Prije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odlaska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praksu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studentima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dodatno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naglasiti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pravila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profesionalnog</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ponašanja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obvezu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redovitog</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dolaska</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pravodobnog</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javljanja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izostanaka</w:t>
      </w:r>
      <w:proofErr w:type="spellEnd"/>
      <w:r w:rsidRPr="00CF3CD2">
        <w:rPr>
          <w:rFonts w:ascii="Times New Roman" w:hAnsi="Times New Roman" w:cs="Times New Roman"/>
          <w:sz w:val="24"/>
          <w:szCs w:val="24"/>
        </w:rPr>
        <w:t>.</w:t>
      </w:r>
    </w:p>
    <w:p w14:paraId="6A1210B4" w14:textId="0B11E547" w:rsidR="00AB2BE3" w:rsidRPr="00CF3CD2" w:rsidRDefault="00681641">
      <w:pPr>
        <w:pStyle w:val="ListNumber"/>
        <w:keepLines/>
        <w:rPr>
          <w:rFonts w:ascii="Times New Roman" w:hAnsi="Times New Roman" w:cs="Times New Roman"/>
          <w:sz w:val="24"/>
          <w:szCs w:val="24"/>
        </w:rPr>
      </w:pPr>
      <w:proofErr w:type="spellStart"/>
      <w:r w:rsidRPr="00CF3CD2">
        <w:rPr>
          <w:rFonts w:ascii="Times New Roman" w:hAnsi="Times New Roman" w:cs="Times New Roman"/>
          <w:sz w:val="24"/>
          <w:szCs w:val="24"/>
        </w:rPr>
        <w:t>Uskladiti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raspored</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prakse</w:t>
      </w:r>
      <w:proofErr w:type="spellEnd"/>
      <w:r w:rsidRPr="00CF3CD2">
        <w:rPr>
          <w:rFonts w:ascii="Times New Roman" w:hAnsi="Times New Roman" w:cs="Times New Roman"/>
          <w:sz w:val="24"/>
          <w:szCs w:val="24"/>
        </w:rPr>
        <w:t xml:space="preserve"> s </w:t>
      </w:r>
      <w:proofErr w:type="spellStart"/>
      <w:r w:rsidRPr="00CF3CD2">
        <w:rPr>
          <w:rFonts w:ascii="Times New Roman" w:hAnsi="Times New Roman" w:cs="Times New Roman"/>
          <w:sz w:val="24"/>
          <w:szCs w:val="24"/>
        </w:rPr>
        <w:t>prethodno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odslušanim</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relevantnim</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kolegijima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te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dodatno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provjeriti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pripremljenost</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iz</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anatomije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fiziologije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neurologije</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drugih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temeljnih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sadržaja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prema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području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prakse</w:t>
      </w:r>
      <w:proofErr w:type="spellEnd"/>
      <w:r w:rsidRPr="00CF3CD2">
        <w:rPr>
          <w:rFonts w:ascii="Times New Roman" w:hAnsi="Times New Roman" w:cs="Times New Roman"/>
          <w:sz w:val="24"/>
          <w:szCs w:val="24"/>
        </w:rPr>
        <w:t>.</w:t>
      </w:r>
    </w:p>
    <w:p w14:paraId="5217BAD5" w14:textId="1E10657C" w:rsidR="00AB2BE3" w:rsidRPr="00CF3CD2" w:rsidRDefault="00681641">
      <w:pPr>
        <w:pStyle w:val="ListNumber"/>
        <w:keepLines/>
        <w:rPr>
          <w:rFonts w:ascii="Times New Roman" w:hAnsi="Times New Roman" w:cs="Times New Roman"/>
          <w:sz w:val="24"/>
          <w:szCs w:val="24"/>
        </w:rPr>
      </w:pPr>
      <w:proofErr w:type="spellStart"/>
      <w:r w:rsidRPr="00CF3CD2">
        <w:rPr>
          <w:rFonts w:ascii="Times New Roman" w:hAnsi="Times New Roman" w:cs="Times New Roman"/>
          <w:sz w:val="24"/>
          <w:szCs w:val="24"/>
        </w:rPr>
        <w:t>Uspostaviti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redovit</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strukturirani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kanal</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komunikacije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između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koordinatora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prakse</w:t>
      </w:r>
      <w:proofErr w:type="spellEnd"/>
      <w:r w:rsidRPr="00CF3CD2">
        <w:rPr>
          <w:rFonts w:ascii="Times New Roman" w:hAnsi="Times New Roman" w:cs="Times New Roman"/>
          <w:sz w:val="24"/>
          <w:szCs w:val="24"/>
        </w:rPr>
        <w:t xml:space="preserve"> i </w:t>
      </w:r>
      <w:proofErr w:type="spellStart"/>
      <w:r w:rsidRPr="00CF3CD2">
        <w:rPr>
          <w:rFonts w:ascii="Times New Roman" w:hAnsi="Times New Roman" w:cs="Times New Roman"/>
          <w:sz w:val="24"/>
          <w:szCs w:val="24"/>
        </w:rPr>
        <w:t>mentora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te</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periodično</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pratiti</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provedbu</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dogovorenih</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poboljšanja</w:t>
      </w:r>
      <w:proofErr w:type="spellEnd"/>
      <w:r w:rsidRPr="00CF3CD2">
        <w:rPr>
          <w:rFonts w:ascii="Times New Roman" w:hAnsi="Times New Roman" w:cs="Times New Roman"/>
          <w:sz w:val="24"/>
          <w:szCs w:val="24"/>
        </w:rPr>
        <w:t>.</w:t>
      </w:r>
    </w:p>
    <w:p w14:paraId="7367575D" w14:textId="73E01096" w:rsidR="00AB2BE3" w:rsidRPr="00CF3CD2" w:rsidRDefault="00681641">
      <w:pPr>
        <w:pStyle w:val="Heading1"/>
        <w:rPr>
          <w:rFonts w:ascii="Times New Roman" w:hAnsi="Times New Roman" w:cs="Times New Roman"/>
          <w:sz w:val="24"/>
          <w:szCs w:val="24"/>
        </w:rPr>
      </w:pPr>
      <w:r w:rsidRPr="00CF3CD2">
        <w:rPr>
          <w:rFonts w:ascii="Times New Roman" w:hAnsi="Times New Roman" w:cs="Times New Roman"/>
          <w:sz w:val="24"/>
          <w:szCs w:val="24"/>
        </w:rPr>
        <w:t xml:space="preserve">9. </w:t>
      </w:r>
      <w:proofErr w:type="spellStart"/>
      <w:r w:rsidRPr="00CF3CD2">
        <w:rPr>
          <w:rFonts w:ascii="Times New Roman" w:hAnsi="Times New Roman" w:cs="Times New Roman"/>
          <w:sz w:val="24"/>
          <w:szCs w:val="24"/>
        </w:rPr>
        <w:t>Ograničenja</w:t>
      </w:r>
      <w:proofErr w:type="spellEnd"/>
      <w:r w:rsidRPr="00CF3CD2">
        <w:rPr>
          <w:rFonts w:ascii="Times New Roman" w:hAnsi="Times New Roman" w:cs="Times New Roman"/>
          <w:sz w:val="24"/>
          <w:szCs w:val="24"/>
        </w:rPr>
        <w:t xml:space="preserve"> </w:t>
      </w:r>
      <w:proofErr w:type="spellStart"/>
      <w:r w:rsidRPr="00CF3CD2">
        <w:rPr>
          <w:rFonts w:ascii="Times New Roman" w:hAnsi="Times New Roman" w:cs="Times New Roman"/>
          <w:sz w:val="24"/>
          <w:szCs w:val="24"/>
        </w:rPr>
        <w:t>interpretacije</w:t>
      </w:r>
      <w:proofErr w:type="spellEnd"/>
    </w:p>
    <w:p w14:paraId="06F9D4D0" w14:textId="1ED0BDBD" w:rsidR="00B878BB" w:rsidRDefault="00681641" w:rsidP="00F84A2D">
      <w:pPr>
        <w:jc w:val="both"/>
        <w:rPr>
          <w:rFonts w:ascii="Times New Roman" w:hAnsi="Times New Roman" w:cs="Times New Roman"/>
        </w:rPr>
      </w:pPr>
      <w:proofErr w:type="spellStart"/>
      <w:r w:rsidRPr="00F84A2D">
        <w:rPr>
          <w:rFonts w:ascii="Times New Roman" w:hAnsi="Times New Roman" w:cs="Times New Roman"/>
        </w:rPr>
        <w:t>Rezultate</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treba</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tumačiti</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uz</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nekoliko</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ograničenja</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Broj</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odgovora</w:t>
      </w:r>
      <w:proofErr w:type="spellEnd"/>
      <w:r w:rsidRPr="00F84A2D">
        <w:rPr>
          <w:rFonts w:ascii="Times New Roman" w:hAnsi="Times New Roman" w:cs="Times New Roman"/>
        </w:rPr>
        <w:t xml:space="preserve"> je </w:t>
      </w:r>
      <w:proofErr w:type="spellStart"/>
      <w:r w:rsidRPr="00F84A2D">
        <w:rPr>
          <w:rFonts w:ascii="Times New Roman" w:hAnsi="Times New Roman" w:cs="Times New Roman"/>
        </w:rPr>
        <w:t>malen</w:t>
      </w:r>
      <w:proofErr w:type="spellEnd"/>
      <w:r w:rsidRPr="00F84A2D">
        <w:rPr>
          <w:rFonts w:ascii="Times New Roman" w:hAnsi="Times New Roman" w:cs="Times New Roman"/>
        </w:rPr>
        <w:t xml:space="preserve"> (N = 14), </w:t>
      </w:r>
      <w:proofErr w:type="spellStart"/>
      <w:r w:rsidRPr="00F84A2D">
        <w:rPr>
          <w:rFonts w:ascii="Times New Roman" w:hAnsi="Times New Roman" w:cs="Times New Roman"/>
        </w:rPr>
        <w:t>uzorak</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nije</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nužno</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reprezentativan</w:t>
      </w:r>
      <w:proofErr w:type="spellEnd"/>
      <w:r w:rsidRPr="00F84A2D">
        <w:rPr>
          <w:rFonts w:ascii="Times New Roman" w:hAnsi="Times New Roman" w:cs="Times New Roman"/>
        </w:rPr>
        <w:t xml:space="preserve"> za </w:t>
      </w:r>
      <w:proofErr w:type="spellStart"/>
      <w:r w:rsidRPr="00F84A2D">
        <w:rPr>
          <w:rFonts w:ascii="Times New Roman" w:hAnsi="Times New Roman" w:cs="Times New Roman"/>
        </w:rPr>
        <w:t>sve</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poslodavce</w:t>
      </w:r>
      <w:proofErr w:type="spellEnd"/>
      <w:r w:rsidRPr="00F84A2D">
        <w:rPr>
          <w:rFonts w:ascii="Times New Roman" w:hAnsi="Times New Roman" w:cs="Times New Roman"/>
        </w:rPr>
        <w:t xml:space="preserve">, a </w:t>
      </w:r>
      <w:proofErr w:type="spellStart"/>
      <w:r w:rsidRPr="00F84A2D">
        <w:rPr>
          <w:rFonts w:ascii="Times New Roman" w:hAnsi="Times New Roman" w:cs="Times New Roman"/>
        </w:rPr>
        <w:t>pojedine</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ustanove</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pojavljuju</w:t>
      </w:r>
      <w:proofErr w:type="spellEnd"/>
      <w:r w:rsidRPr="00F84A2D">
        <w:rPr>
          <w:rFonts w:ascii="Times New Roman" w:hAnsi="Times New Roman" w:cs="Times New Roman"/>
        </w:rPr>
        <w:t xml:space="preserve"> se u </w:t>
      </w:r>
      <w:proofErr w:type="spellStart"/>
      <w:r w:rsidRPr="00F84A2D">
        <w:rPr>
          <w:rFonts w:ascii="Times New Roman" w:hAnsi="Times New Roman" w:cs="Times New Roman"/>
        </w:rPr>
        <w:t>više</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odgovora</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Procjene</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nisu</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prikupljene</w:t>
      </w:r>
      <w:proofErr w:type="spellEnd"/>
      <w:r w:rsidRPr="00F84A2D">
        <w:rPr>
          <w:rFonts w:ascii="Times New Roman" w:hAnsi="Times New Roman" w:cs="Times New Roman"/>
        </w:rPr>
        <w:t xml:space="preserve"> za </w:t>
      </w:r>
      <w:proofErr w:type="spellStart"/>
      <w:r w:rsidRPr="00F84A2D">
        <w:rPr>
          <w:rFonts w:ascii="Times New Roman" w:hAnsi="Times New Roman" w:cs="Times New Roman"/>
        </w:rPr>
        <w:t>svakog</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pojedinog</w:t>
      </w:r>
      <w:proofErr w:type="spellEnd"/>
    </w:p>
    <w:p w14:paraId="5E8F90C1" w14:textId="7F5D240F" w:rsidR="00AB2BE3" w:rsidRDefault="00681641" w:rsidP="00F84A2D">
      <w:pPr>
        <w:jc w:val="both"/>
        <w:rPr>
          <w:rFonts w:ascii="Times New Roman" w:hAnsi="Times New Roman" w:cs="Times New Roman"/>
        </w:rPr>
      </w:pPr>
      <w:proofErr w:type="spellStart"/>
      <w:r w:rsidRPr="00F84A2D">
        <w:rPr>
          <w:rFonts w:ascii="Times New Roman" w:hAnsi="Times New Roman" w:cs="Times New Roman"/>
        </w:rPr>
        <w:t>studenta</w:t>
      </w:r>
      <w:proofErr w:type="spellEnd"/>
      <w:r w:rsidRPr="00F84A2D">
        <w:rPr>
          <w:rFonts w:ascii="Times New Roman" w:hAnsi="Times New Roman" w:cs="Times New Roman"/>
        </w:rPr>
        <w:t xml:space="preserve">, pa se </w:t>
      </w:r>
      <w:proofErr w:type="spellStart"/>
      <w:r w:rsidRPr="00F84A2D">
        <w:rPr>
          <w:rFonts w:ascii="Times New Roman" w:hAnsi="Times New Roman" w:cs="Times New Roman"/>
        </w:rPr>
        <w:t>rezultati</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odnose</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na</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skupne</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procjene</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ustanova</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Usporedba</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studijskih</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programa</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temelji</w:t>
      </w:r>
      <w:proofErr w:type="spellEnd"/>
      <w:r w:rsidRPr="00F84A2D">
        <w:rPr>
          <w:rFonts w:ascii="Times New Roman" w:hAnsi="Times New Roman" w:cs="Times New Roman"/>
        </w:rPr>
        <w:t xml:space="preserve"> se </w:t>
      </w:r>
      <w:proofErr w:type="spellStart"/>
      <w:r w:rsidRPr="00F84A2D">
        <w:rPr>
          <w:rFonts w:ascii="Times New Roman" w:hAnsi="Times New Roman" w:cs="Times New Roman"/>
        </w:rPr>
        <w:t>samo</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na</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odgovorima</w:t>
      </w:r>
      <w:proofErr w:type="spellEnd"/>
      <w:r w:rsidRPr="00F84A2D">
        <w:rPr>
          <w:rFonts w:ascii="Times New Roman" w:hAnsi="Times New Roman" w:cs="Times New Roman"/>
        </w:rPr>
        <w:t xml:space="preserve"> koji se </w:t>
      </w:r>
      <w:proofErr w:type="spellStart"/>
      <w:r w:rsidRPr="00F84A2D">
        <w:rPr>
          <w:rFonts w:ascii="Times New Roman" w:hAnsi="Times New Roman" w:cs="Times New Roman"/>
        </w:rPr>
        <w:t>mogu</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jednoznačno</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povezati</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sa</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Sestrinstvom</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ili</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Fizioterapijom</w:t>
      </w:r>
      <w:proofErr w:type="spellEnd"/>
      <w:r w:rsidRPr="00F84A2D">
        <w:rPr>
          <w:rFonts w:ascii="Times New Roman" w:hAnsi="Times New Roman" w:cs="Times New Roman"/>
        </w:rPr>
        <w:t xml:space="preserve">, bez </w:t>
      </w:r>
      <w:proofErr w:type="spellStart"/>
      <w:r w:rsidRPr="00F84A2D">
        <w:rPr>
          <w:rFonts w:ascii="Times New Roman" w:hAnsi="Times New Roman" w:cs="Times New Roman"/>
        </w:rPr>
        <w:t>provedbe</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inferencijalnih</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statističkih</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testova</w:t>
      </w:r>
      <w:proofErr w:type="spellEnd"/>
      <w:r w:rsidRPr="00F84A2D">
        <w:rPr>
          <w:rFonts w:ascii="Times New Roman" w:hAnsi="Times New Roman" w:cs="Times New Roman"/>
        </w:rPr>
        <w:t xml:space="preserve">. Jedan </w:t>
      </w:r>
      <w:proofErr w:type="spellStart"/>
      <w:r w:rsidRPr="00F84A2D">
        <w:rPr>
          <w:rFonts w:ascii="Times New Roman" w:hAnsi="Times New Roman" w:cs="Times New Roman"/>
        </w:rPr>
        <w:t>odgovor</w:t>
      </w:r>
      <w:proofErr w:type="spellEnd"/>
      <w:r w:rsidRPr="00F84A2D">
        <w:rPr>
          <w:rFonts w:ascii="Times New Roman" w:hAnsi="Times New Roman" w:cs="Times New Roman"/>
        </w:rPr>
        <w:t xml:space="preserve"> koji </w:t>
      </w:r>
      <w:proofErr w:type="spellStart"/>
      <w:r w:rsidRPr="00F84A2D">
        <w:rPr>
          <w:rFonts w:ascii="Times New Roman" w:hAnsi="Times New Roman" w:cs="Times New Roman"/>
        </w:rPr>
        <w:t>obuhvaća</w:t>
      </w:r>
      <w:proofErr w:type="spellEnd"/>
      <w:r w:rsidRPr="00F84A2D">
        <w:rPr>
          <w:rFonts w:ascii="Times New Roman" w:hAnsi="Times New Roman" w:cs="Times New Roman"/>
        </w:rPr>
        <w:t xml:space="preserve"> oba </w:t>
      </w:r>
      <w:proofErr w:type="spellStart"/>
      <w:r w:rsidRPr="00F84A2D">
        <w:rPr>
          <w:rFonts w:ascii="Times New Roman" w:hAnsi="Times New Roman" w:cs="Times New Roman"/>
        </w:rPr>
        <w:t>studija</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izostavljen</w:t>
      </w:r>
      <w:proofErr w:type="spellEnd"/>
      <w:r w:rsidRPr="00F84A2D">
        <w:rPr>
          <w:rFonts w:ascii="Times New Roman" w:hAnsi="Times New Roman" w:cs="Times New Roman"/>
        </w:rPr>
        <w:t xml:space="preserve"> je </w:t>
      </w:r>
      <w:proofErr w:type="spellStart"/>
      <w:r w:rsidRPr="00F84A2D">
        <w:rPr>
          <w:rFonts w:ascii="Times New Roman" w:hAnsi="Times New Roman" w:cs="Times New Roman"/>
        </w:rPr>
        <w:t>iz</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te</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usporedbe</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Također</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jedan</w:t>
      </w:r>
      <w:proofErr w:type="spellEnd"/>
      <w:r w:rsidRPr="00F84A2D">
        <w:rPr>
          <w:rFonts w:ascii="Times New Roman" w:hAnsi="Times New Roman" w:cs="Times New Roman"/>
        </w:rPr>
        <w:t xml:space="preserve"> je </w:t>
      </w:r>
      <w:proofErr w:type="spellStart"/>
      <w:r w:rsidRPr="00F84A2D">
        <w:rPr>
          <w:rFonts w:ascii="Times New Roman" w:hAnsi="Times New Roman" w:cs="Times New Roman"/>
        </w:rPr>
        <w:t>ispitanik</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broj</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studenata</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naveo</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kao</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više</w:t>
      </w:r>
      <w:proofErr w:type="spellEnd"/>
      <w:r w:rsidRPr="00F84A2D">
        <w:rPr>
          <w:rFonts w:ascii="Times New Roman" w:hAnsi="Times New Roman" w:cs="Times New Roman"/>
        </w:rPr>
        <w:t xml:space="preserve"> od 50“, </w:t>
      </w:r>
      <w:proofErr w:type="spellStart"/>
      <w:r w:rsidRPr="00F84A2D">
        <w:rPr>
          <w:rFonts w:ascii="Times New Roman" w:hAnsi="Times New Roman" w:cs="Times New Roman"/>
        </w:rPr>
        <w:t>zbog</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čega</w:t>
      </w:r>
      <w:proofErr w:type="spellEnd"/>
      <w:r w:rsidRPr="00F84A2D">
        <w:rPr>
          <w:rFonts w:ascii="Times New Roman" w:hAnsi="Times New Roman" w:cs="Times New Roman"/>
        </w:rPr>
        <w:t xml:space="preserve"> je </w:t>
      </w:r>
      <w:proofErr w:type="spellStart"/>
      <w:r w:rsidRPr="00F84A2D">
        <w:rPr>
          <w:rFonts w:ascii="Times New Roman" w:hAnsi="Times New Roman" w:cs="Times New Roman"/>
        </w:rPr>
        <w:t>ukupan</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obuhvat</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prikazan</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kao</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minimalna</w:t>
      </w:r>
      <w:proofErr w:type="spellEnd"/>
      <w:r w:rsidRPr="00F84A2D">
        <w:rPr>
          <w:rFonts w:ascii="Times New Roman" w:hAnsi="Times New Roman" w:cs="Times New Roman"/>
        </w:rPr>
        <w:t xml:space="preserve"> </w:t>
      </w:r>
      <w:proofErr w:type="spellStart"/>
      <w:r w:rsidRPr="00F84A2D">
        <w:rPr>
          <w:rFonts w:ascii="Times New Roman" w:hAnsi="Times New Roman" w:cs="Times New Roman"/>
        </w:rPr>
        <w:t>procjena</w:t>
      </w:r>
      <w:proofErr w:type="spellEnd"/>
      <w:r w:rsidRPr="00F84A2D">
        <w:rPr>
          <w:rFonts w:ascii="Times New Roman" w:hAnsi="Times New Roman" w:cs="Times New Roman"/>
        </w:rPr>
        <w:t>.</w:t>
      </w:r>
    </w:p>
    <w:p w14:paraId="35AD1F21" w14:textId="77777777" w:rsidR="00F84A2D" w:rsidRDefault="00F84A2D" w:rsidP="00F84A2D">
      <w:pPr>
        <w:jc w:val="both"/>
        <w:rPr>
          <w:rFonts w:ascii="Times New Roman" w:hAnsi="Times New Roman" w:cs="Times New Roman"/>
        </w:rPr>
      </w:pPr>
    </w:p>
    <w:p w14:paraId="2B4DA46A" w14:textId="536E3210" w:rsidR="00F84A2D" w:rsidRDefault="00B878BB" w:rsidP="00B878BB">
      <w:pPr>
        <w:jc w:val="right"/>
        <w:rPr>
          <w:rFonts w:ascii="Times New Roman" w:hAnsi="Times New Roman" w:cs="Times New Roman"/>
          <w:sz w:val="24"/>
          <w:szCs w:val="24"/>
        </w:rPr>
      </w:pPr>
      <w:proofErr w:type="spellStart"/>
      <w:r>
        <w:rPr>
          <w:rFonts w:ascii="Times New Roman" w:hAnsi="Times New Roman" w:cs="Times New Roman"/>
          <w:sz w:val="24"/>
          <w:szCs w:val="24"/>
        </w:rPr>
        <w:t>Analizu</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statističku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obradu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odradila</w:t>
      </w:r>
      <w:proofErr w:type="spellEnd"/>
      <w:r>
        <w:rPr>
          <w:rFonts w:ascii="Times New Roman" w:hAnsi="Times New Roman" w:cs="Times New Roman"/>
          <w:sz w:val="24"/>
          <w:szCs w:val="24"/>
        </w:rPr>
        <w:t>:</w:t>
      </w:r>
    </w:p>
    <w:p w14:paraId="6A80D83E" w14:textId="7686805A" w:rsidR="00B878BB" w:rsidRDefault="00B878BB" w:rsidP="00B878BB">
      <w:pPr>
        <w:jc w:val="right"/>
        <w:rPr>
          <w:rFonts w:ascii="Times New Roman" w:hAnsi="Times New Roman" w:cs="Times New Roman"/>
          <w:sz w:val="24"/>
          <w:szCs w:val="24"/>
        </w:rPr>
      </w:pPr>
      <w:r>
        <w:rPr>
          <w:rFonts w:ascii="Times New Roman" w:hAnsi="Times New Roman" w:cs="Times New Roman"/>
          <w:sz w:val="24"/>
          <w:szCs w:val="24"/>
        </w:rPr>
        <w:t xml:space="preserve">Manuela Kušec, prof. </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kem</w:t>
      </w:r>
      <w:proofErr w:type="spellEnd"/>
      <w:r>
        <w:rPr>
          <w:rFonts w:ascii="Times New Roman" w:hAnsi="Times New Roman" w:cs="Times New Roman"/>
          <w:sz w:val="24"/>
          <w:szCs w:val="24"/>
        </w:rPr>
        <w:t>., pred.</w:t>
      </w:r>
    </w:p>
    <w:p w14:paraId="6D700DA2" w14:textId="20F6F7CE" w:rsidR="00B878BB" w:rsidRPr="00B878BB" w:rsidRDefault="00B878BB" w:rsidP="00B878BB">
      <w:pPr>
        <w:jc w:val="right"/>
        <w:rPr>
          <w:rFonts w:ascii="Times New Roman" w:hAnsi="Times New Roman" w:cs="Times New Roman"/>
          <w:sz w:val="24"/>
          <w:szCs w:val="24"/>
          <w:lang w:val="hr-HR"/>
        </w:rPr>
      </w:pPr>
      <w:r w:rsidRPr="00B878BB">
        <w:rPr>
          <w:rFonts w:ascii="Times New Roman" w:hAnsi="Times New Roman" w:cs="Times New Roman"/>
          <w:noProof/>
          <w:sz w:val="24"/>
          <w:szCs w:val="24"/>
          <w:lang w:val="hr-HR"/>
        </w:rPr>
        <w:drawing>
          <wp:anchor distT="0" distB="0" distL="114300" distR="114300" simplePos="0" relativeHeight="251659264" behindDoc="1" locked="0" layoutInCell="1" allowOverlap="1" wp14:anchorId="394D818F" wp14:editId="0EEF77BB">
            <wp:simplePos x="0" y="0"/>
            <wp:positionH relativeFrom="column">
              <wp:posOffset>4961255</wp:posOffset>
            </wp:positionH>
            <wp:positionV relativeFrom="paragraph">
              <wp:posOffset>7620</wp:posOffset>
            </wp:positionV>
            <wp:extent cx="622300" cy="420370"/>
            <wp:effectExtent l="0" t="0" r="6350" b="0"/>
            <wp:wrapTight wrapText="bothSides">
              <wp:wrapPolygon edited="0">
                <wp:start x="0" y="0"/>
                <wp:lineTo x="0" y="20556"/>
                <wp:lineTo x="21159" y="20556"/>
                <wp:lineTo x="21159" y="0"/>
                <wp:lineTo x="0" y="0"/>
              </wp:wrapPolygon>
            </wp:wrapTight>
            <wp:docPr id="4836197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2300" cy="420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C665C0" w14:textId="77777777" w:rsidR="00B878BB" w:rsidRPr="00F84A2D" w:rsidRDefault="00B878BB" w:rsidP="00B878BB">
      <w:pPr>
        <w:jc w:val="right"/>
        <w:rPr>
          <w:rFonts w:ascii="Times New Roman" w:hAnsi="Times New Roman" w:cs="Times New Roman"/>
          <w:sz w:val="24"/>
          <w:szCs w:val="24"/>
        </w:rPr>
      </w:pPr>
    </w:p>
    <w:sectPr w:rsidR="00B878BB" w:rsidRPr="00F84A2D" w:rsidSect="00034616">
      <w:headerReference w:type="default" r:id="rId11"/>
      <w:footerReference w:type="default" r:id="rId12"/>
      <w:pgSz w:w="12240" w:h="15840"/>
      <w:pgMar w:top="1134" w:right="1134" w:bottom="102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FCD48" w14:textId="77777777" w:rsidR="005227F2" w:rsidRDefault="005227F2">
      <w:pPr>
        <w:spacing w:after="0" w:line="240" w:lineRule="auto"/>
      </w:pPr>
      <w:r>
        <w:separator/>
      </w:r>
    </w:p>
  </w:endnote>
  <w:endnote w:type="continuationSeparator" w:id="0">
    <w:p w14:paraId="57FAE047" w14:textId="77777777" w:rsidR="005227F2" w:rsidRDefault="00522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E23E0" w14:textId="1BBBD475" w:rsidR="007F7F77" w:rsidRPr="007F7F77" w:rsidRDefault="007F7F77" w:rsidP="007F7F77">
    <w:pPr>
      <w:pStyle w:val="Footer"/>
      <w:jc w:val="center"/>
      <w:rPr>
        <w:rFonts w:ascii="Times New Roman" w:hAnsi="Times New Roman" w:cs="Times New Roman"/>
        <w:sz w:val="16"/>
        <w:lang w:val="en-GB"/>
      </w:rPr>
    </w:pPr>
    <w:r w:rsidRPr="007F7F77">
      <w:rPr>
        <w:rFonts w:ascii="Times New Roman" w:hAnsi="Times New Roman" w:cs="Times New Roman"/>
        <w:sz w:val="16"/>
        <w:lang w:val="en-GB"/>
      </w:rPr>
      <w:t xml:space="preserve">Veleučilište Ivanić-Grad, </w:t>
    </w:r>
    <w:proofErr w:type="spellStart"/>
    <w:r w:rsidRPr="007F7F77">
      <w:rPr>
        <w:rFonts w:ascii="Times New Roman" w:hAnsi="Times New Roman" w:cs="Times New Roman"/>
        <w:sz w:val="16"/>
        <w:lang w:val="en-GB"/>
      </w:rPr>
      <w:t>Moslavačka</w:t>
    </w:r>
    <w:proofErr w:type="spellEnd"/>
    <w:r w:rsidRPr="007F7F77">
      <w:rPr>
        <w:rFonts w:ascii="Times New Roman" w:hAnsi="Times New Roman" w:cs="Times New Roman"/>
        <w:sz w:val="16"/>
        <w:lang w:val="en-GB"/>
      </w:rPr>
      <w:t xml:space="preserve"> 13, 10310 Ivanić-Grad, OIB:80175889349,</w:t>
    </w:r>
    <w:r w:rsidRPr="007F7F77">
      <w:rPr>
        <w:rFonts w:ascii="Times New Roman" w:hAnsi="Times New Roman" w:cs="Times New Roman"/>
        <w:sz w:val="16"/>
        <w:lang w:val="en-GB"/>
      </w:rPr>
      <w:br/>
      <w:t xml:space="preserve">IBAN: HR0424840081135069251, </w:t>
    </w:r>
    <w:proofErr w:type="spellStart"/>
    <w:r w:rsidRPr="007F7F77">
      <w:rPr>
        <w:rFonts w:ascii="Times New Roman" w:hAnsi="Times New Roman" w:cs="Times New Roman"/>
        <w:sz w:val="16"/>
        <w:lang w:val="en-GB"/>
      </w:rPr>
      <w:t>tel</w:t>
    </w:r>
    <w:proofErr w:type="spellEnd"/>
    <w:r w:rsidRPr="007F7F77">
      <w:rPr>
        <w:rFonts w:ascii="Times New Roman" w:hAnsi="Times New Roman" w:cs="Times New Roman"/>
        <w:sz w:val="16"/>
        <w:lang w:val="en-GB"/>
      </w:rPr>
      <w:t>: 01/2016841, www.vsig.hr, info@vsig.hr</w:t>
    </w:r>
  </w:p>
  <w:p w14:paraId="22B9A542" w14:textId="429AE91F" w:rsidR="00AB2BE3" w:rsidRPr="007F7F77" w:rsidRDefault="00AB2BE3" w:rsidP="007F7F77">
    <w:pPr>
      <w:pStyle w:val="Footer"/>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FDB20" w14:textId="77777777" w:rsidR="005227F2" w:rsidRDefault="005227F2">
      <w:pPr>
        <w:spacing w:after="0" w:line="240" w:lineRule="auto"/>
      </w:pPr>
      <w:r>
        <w:separator/>
      </w:r>
    </w:p>
  </w:footnote>
  <w:footnote w:type="continuationSeparator" w:id="0">
    <w:p w14:paraId="6748FBC9" w14:textId="77777777" w:rsidR="005227F2" w:rsidRDefault="00522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B3915" w14:textId="2142F7E0" w:rsidR="00AB2BE3" w:rsidRDefault="007F7F77" w:rsidP="00F84A2D">
    <w:pPr>
      <w:pStyle w:val="Header"/>
      <w:jc w:val="center"/>
    </w:pPr>
    <w:r>
      <w:rPr>
        <w:noProof/>
        <w:color w:val="646464"/>
        <w:sz w:val="16"/>
      </w:rPr>
      <w:drawing>
        <wp:anchor distT="0" distB="0" distL="114300" distR="114300" simplePos="0" relativeHeight="251659264" behindDoc="1" locked="0" layoutInCell="1" allowOverlap="1" wp14:anchorId="5539F927" wp14:editId="71698411">
          <wp:simplePos x="0" y="0"/>
          <wp:positionH relativeFrom="column">
            <wp:posOffset>2516505</wp:posOffset>
          </wp:positionH>
          <wp:positionV relativeFrom="paragraph">
            <wp:posOffset>-95250</wp:posOffset>
          </wp:positionV>
          <wp:extent cx="1054735" cy="871855"/>
          <wp:effectExtent l="0" t="0" r="0" b="4445"/>
          <wp:wrapTight wrapText="bothSides">
            <wp:wrapPolygon edited="0">
              <wp:start x="0" y="0"/>
              <wp:lineTo x="0" y="21238"/>
              <wp:lineTo x="21067" y="21238"/>
              <wp:lineTo x="21067" y="0"/>
              <wp:lineTo x="0" y="0"/>
            </wp:wrapPolygon>
          </wp:wrapTight>
          <wp:docPr id="423265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871855"/>
                  </a:xfrm>
                  <a:prstGeom prst="rect">
                    <a:avLst/>
                  </a:prstGeom>
                  <a:noFill/>
                </pic:spPr>
              </pic:pic>
            </a:graphicData>
          </a:graphic>
        </wp:anchor>
      </w:drawing>
    </w:r>
    <w:r w:rsidR="00F84A2D" w:rsidRPr="00F84A2D">
      <w:rPr>
        <w:rFonts w:ascii="Calibri" w:eastAsia="Calibri" w:hAnsi="Calibri" w:cs="Calibri"/>
        <w:noProof/>
        <w:sz w:val="22"/>
        <w:lang w:val="en-GB" w:eastAsia="zh-CN"/>
      </w:rPr>
      <mc:AlternateContent>
        <mc:Choice Requires="wps">
          <w:drawing>
            <wp:anchor distT="0" distB="0" distL="114300" distR="114300" simplePos="0" relativeHeight="251661312" behindDoc="1" locked="0" layoutInCell="1" allowOverlap="1" wp14:anchorId="643C771C" wp14:editId="643B3B87">
              <wp:simplePos x="0" y="0"/>
              <wp:positionH relativeFrom="column">
                <wp:posOffset>3585845</wp:posOffset>
              </wp:positionH>
              <wp:positionV relativeFrom="paragraph">
                <wp:posOffset>281940</wp:posOffset>
              </wp:positionV>
              <wp:extent cx="3214370" cy="635"/>
              <wp:effectExtent l="19050" t="19050" r="24130" b="37465"/>
              <wp:wrapTight wrapText="bothSides">
                <wp:wrapPolygon edited="0">
                  <wp:start x="-128" y="-648000"/>
                  <wp:lineTo x="-128" y="648000"/>
                  <wp:lineTo x="21634" y="648000"/>
                  <wp:lineTo x="21634" y="-648000"/>
                  <wp:lineTo x="-128" y="-648000"/>
                </wp:wrapPolygon>
              </wp:wrapTight>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4370" cy="635"/>
                      </a:xfrm>
                      <a:prstGeom prst="straightConnector1">
                        <a:avLst/>
                      </a:prstGeom>
                      <a:noFill/>
                      <a:ln w="12573" cap="sq">
                        <a:solidFill>
                          <a:srgbClr val="002774"/>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1978549" id="_x0000_t32" coordsize="21600,21600" o:spt="32" o:oned="t" path="m,l21600,21600e" filled="f">
              <v:path arrowok="t" fillok="f" o:connecttype="none"/>
              <o:lock v:ext="edit" shapetype="t"/>
            </v:shapetype>
            <v:shape id="AutoShape 6" o:spid="_x0000_s1026" type="#_x0000_t32" style="position:absolute;margin-left:282.35pt;margin-top:22.2pt;width:253.1pt;height:.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" strokecolor="#002774" strokeweight=".99pt">
              <v:stroke joinstyle="miter" endcap="square"/>
              <w10:wrap type="tight"/>
            </v:shape>
          </w:pict>
        </mc:Fallback>
      </mc:AlternateContent>
    </w:r>
    <w:r w:rsidR="00F84A2D">
      <w:rPr>
        <w:noProof/>
      </w:rPr>
      <w:drawing>
        <wp:anchor distT="0" distB="0" distL="114300" distR="114300" simplePos="0" relativeHeight="251658240" behindDoc="1" locked="0" layoutInCell="1" allowOverlap="1" wp14:anchorId="1B1C08FF" wp14:editId="748A21ED">
          <wp:simplePos x="0" y="0"/>
          <wp:positionH relativeFrom="column">
            <wp:posOffset>-448945</wp:posOffset>
          </wp:positionH>
          <wp:positionV relativeFrom="paragraph">
            <wp:posOffset>260350</wp:posOffset>
          </wp:positionV>
          <wp:extent cx="3237230" cy="30480"/>
          <wp:effectExtent l="0" t="0" r="1270" b="7620"/>
          <wp:wrapTight wrapText="bothSides">
            <wp:wrapPolygon edited="0">
              <wp:start x="0" y="0"/>
              <wp:lineTo x="0" y="13500"/>
              <wp:lineTo x="21481" y="13500"/>
              <wp:lineTo x="21481" y="0"/>
              <wp:lineTo x="0" y="0"/>
            </wp:wrapPolygon>
          </wp:wrapTight>
          <wp:docPr id="1929858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37230" cy="3048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A036A8E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4D787A7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5270F6"/>
    <w:multiLevelType w:val="multilevel"/>
    <w:tmpl w:val="D15C4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9687530">
    <w:abstractNumId w:val="8"/>
  </w:num>
  <w:num w:numId="2" w16cid:durableId="1061902523">
    <w:abstractNumId w:val="6"/>
  </w:num>
  <w:num w:numId="3" w16cid:durableId="1235160951">
    <w:abstractNumId w:val="5"/>
  </w:num>
  <w:num w:numId="4" w16cid:durableId="551040188">
    <w:abstractNumId w:val="4"/>
  </w:num>
  <w:num w:numId="5" w16cid:durableId="1127316500">
    <w:abstractNumId w:val="7"/>
  </w:num>
  <w:num w:numId="6" w16cid:durableId="855733750">
    <w:abstractNumId w:val="3"/>
  </w:num>
  <w:num w:numId="7" w16cid:durableId="1552687325">
    <w:abstractNumId w:val="2"/>
  </w:num>
  <w:num w:numId="8" w16cid:durableId="986907293">
    <w:abstractNumId w:val="1"/>
  </w:num>
  <w:num w:numId="9" w16cid:durableId="1920209815">
    <w:abstractNumId w:val="0"/>
  </w:num>
  <w:num w:numId="10" w16cid:durableId="944464484">
    <w:abstractNumId w:val="9"/>
  </w:num>
  <w:num w:numId="11" w16cid:durableId="1285312794">
    <w:abstractNumId w:val="7"/>
  </w:num>
  <w:num w:numId="12" w16cid:durableId="6036537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97F"/>
    <w:rsid w:val="00015BA4"/>
    <w:rsid w:val="00034616"/>
    <w:rsid w:val="000351DE"/>
    <w:rsid w:val="0004466C"/>
    <w:rsid w:val="0006063C"/>
    <w:rsid w:val="0015074B"/>
    <w:rsid w:val="0029639D"/>
    <w:rsid w:val="00326F90"/>
    <w:rsid w:val="0038475B"/>
    <w:rsid w:val="004B0786"/>
    <w:rsid w:val="004D5499"/>
    <w:rsid w:val="005227F2"/>
    <w:rsid w:val="00585C31"/>
    <w:rsid w:val="00681641"/>
    <w:rsid w:val="007F7F77"/>
    <w:rsid w:val="00832F7A"/>
    <w:rsid w:val="008C6865"/>
    <w:rsid w:val="008D4501"/>
    <w:rsid w:val="00AA1D8D"/>
    <w:rsid w:val="00AB2BE3"/>
    <w:rsid w:val="00B47730"/>
    <w:rsid w:val="00B878BB"/>
    <w:rsid w:val="00CB0664"/>
    <w:rsid w:val="00CF3CD2"/>
    <w:rsid w:val="00F84A2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BB17B6"/>
  <w14:defaultImageDpi w14:val="300"/>
  <w15:docId w15:val="{3420E4D9-0FE2-43E9-AF93-989CB9716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ptos" w:hAnsi="Aptos"/>
      <w:sz w:val="21"/>
    </w:rPr>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F4E7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2179</Words>
  <Characters>12426</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Izvješće o rezultatima ankete poslodavaca 2025./2026.</vt:lpstr>
    </vt:vector>
  </TitlesOfParts>
  <Manager/>
  <Company/>
  <LinksUpToDate>false</LinksUpToDate>
  <CharactersWithSpaces>14576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Izvješće o rezultatima ankete poslodavaca 2025./2026.</dc:title>
  <dc:subject>Zadovoljstvo poslodavaca studentima na stručnoj praksi</dc:subject>
  <dc:creator>Veleučilište Ivanić-Grad</dc:creator>
  <cp:keywords/>
  <dc:description>generated by python-docx</dc:description>
  <cp:lastModifiedBy>Manuela Kušec</cp:lastModifiedBy>
  <cp:revision>2</cp:revision>
  <dcterms:created xsi:type="dcterms:W3CDTF">2026-07-23T06:49:00Z</dcterms:created>
  <dcterms:modified xsi:type="dcterms:W3CDTF">2026-07-23T06:49:00Z</dcterms:modified>
  <cp:category/>
</cp:coreProperties>
</file>